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7C371" w14:textId="77777777" w:rsidR="006E59EC" w:rsidRPr="004D13B5" w:rsidRDefault="00000000" w:rsidP="004D13B5">
      <w:pPr>
        <w:pStyle w:val="TitleCN"/>
        <w:spacing w:after="180"/>
        <w:jc w:val="center"/>
        <w:rPr>
          <w:rFonts w:ascii="Times New Roman" w:hAnsi="Times New Roman" w:cs="Times New Roman"/>
          <w:b w:val="0"/>
          <w:bCs/>
        </w:rPr>
      </w:pPr>
      <w:r w:rsidRPr="004D13B5">
        <w:rPr>
          <w:rFonts w:ascii="Times New Roman" w:hAnsi="Times New Roman" w:cs="Times New Roman"/>
          <w:b w:val="0"/>
          <w:bCs/>
        </w:rPr>
        <w:t>个</w:t>
      </w:r>
      <w:r w:rsidRPr="004D13B5">
        <w:rPr>
          <w:rFonts w:ascii="Times New Roman" w:hAnsi="Times New Roman" w:cs="Times New Roman"/>
          <w:b w:val="0"/>
          <w:bCs/>
        </w:rPr>
        <w:t xml:space="preserve"> </w:t>
      </w:r>
      <w:r w:rsidRPr="004D13B5">
        <w:rPr>
          <w:rFonts w:ascii="Times New Roman" w:hAnsi="Times New Roman" w:cs="Times New Roman"/>
          <w:b w:val="0"/>
          <w:bCs/>
        </w:rPr>
        <w:t>人</w:t>
      </w:r>
      <w:r w:rsidRPr="004D13B5">
        <w:rPr>
          <w:rFonts w:ascii="Times New Roman" w:hAnsi="Times New Roman" w:cs="Times New Roman"/>
          <w:b w:val="0"/>
          <w:bCs/>
        </w:rPr>
        <w:t xml:space="preserve"> </w:t>
      </w:r>
      <w:r w:rsidRPr="004D13B5">
        <w:rPr>
          <w:rFonts w:ascii="Times New Roman" w:hAnsi="Times New Roman" w:cs="Times New Roman"/>
          <w:b w:val="0"/>
          <w:bCs/>
        </w:rPr>
        <w:t>简</w:t>
      </w:r>
      <w:r w:rsidRPr="004D13B5">
        <w:rPr>
          <w:rFonts w:ascii="Times New Roman" w:hAnsi="Times New Roman" w:cs="Times New Roman"/>
          <w:b w:val="0"/>
          <w:bCs/>
        </w:rPr>
        <w:t xml:space="preserve"> </w:t>
      </w:r>
      <w:r w:rsidRPr="004D13B5">
        <w:rPr>
          <w:rFonts w:ascii="Times New Roman" w:hAnsi="Times New Roman" w:cs="Times New Roman"/>
          <w:b w:val="0"/>
          <w:bCs/>
        </w:rPr>
        <w:t>介（中文）</w:t>
      </w:r>
    </w:p>
    <w:p w14:paraId="1A319062" w14:textId="77777777" w:rsidR="006E59EC" w:rsidRPr="004D13B5" w:rsidRDefault="00000000" w:rsidP="004D13B5">
      <w:pPr>
        <w:pStyle w:val="SectionCN"/>
        <w:keepNext/>
        <w:jc w:val="both"/>
        <w:rPr>
          <w:rFonts w:ascii="Times New Roman" w:hAnsi="Times New Roman" w:cs="Times New Roman"/>
        </w:rPr>
      </w:pPr>
      <w:r w:rsidRPr="004D13B5">
        <w:rPr>
          <w:rFonts w:ascii="Times New Roman" w:hAnsi="Times New Roman" w:cs="Times New Roman"/>
        </w:rPr>
        <w:t>一、基本情况</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986"/>
        <w:gridCol w:w="4986"/>
      </w:tblGrid>
      <w:tr w:rsidR="006E59EC" w:rsidRPr="004D13B5" w14:paraId="62CCB06E" w14:textId="77777777">
        <w:trPr>
          <w:jc w:val="center"/>
        </w:trPr>
        <w:tc>
          <w:tcPr>
            <w:tcW w:w="4986" w:type="dxa"/>
            <w:tcMar>
              <w:top w:w="0" w:type="dxa"/>
              <w:left w:w="0" w:type="dxa"/>
              <w:bottom w:w="0" w:type="dxa"/>
              <w:right w:w="100" w:type="dxa"/>
            </w:tcMar>
          </w:tcPr>
          <w:p w14:paraId="7A7CBA44" w14:textId="77777777" w:rsidR="006E59EC" w:rsidRPr="004D13B5" w:rsidRDefault="00000000" w:rsidP="004D13B5">
            <w:pPr>
              <w:spacing w:after="28"/>
              <w:jc w:val="both"/>
              <w:rPr>
                <w:rFonts w:ascii="Times New Roman" w:hAnsi="Times New Roman" w:cs="Times New Roman"/>
                <w:bCs/>
              </w:rPr>
            </w:pPr>
            <w:proofErr w:type="spellStart"/>
            <w:r w:rsidRPr="007D484D">
              <w:rPr>
                <w:rFonts w:ascii="Times New Roman" w:hAnsi="Times New Roman" w:cs="Times New Roman"/>
                <w:b/>
              </w:rPr>
              <w:t>姓名</w:t>
            </w:r>
            <w:r w:rsidRPr="004D13B5">
              <w:rPr>
                <w:rFonts w:ascii="Times New Roman" w:hAnsi="Times New Roman" w:cs="Times New Roman"/>
                <w:bCs/>
              </w:rPr>
              <w:t>：</w:t>
            </w:r>
            <w:r w:rsidRPr="004D13B5">
              <w:rPr>
                <w:rFonts w:ascii="Times New Roman" w:hAnsi="Times New Roman" w:cs="Times New Roman"/>
                <w:bCs/>
              </w:rPr>
              <w:t>Md</w:t>
            </w:r>
            <w:proofErr w:type="spellEnd"/>
            <w:r w:rsidRPr="004D13B5">
              <w:rPr>
                <w:rFonts w:ascii="Times New Roman" w:hAnsi="Times New Roman" w:cs="Times New Roman"/>
                <w:bCs/>
              </w:rPr>
              <w:t xml:space="preserve"> Sohel Rana</w:t>
            </w:r>
          </w:p>
          <w:p w14:paraId="1E02CB86" w14:textId="77777777" w:rsidR="006E59EC" w:rsidRPr="004D13B5" w:rsidRDefault="00000000" w:rsidP="004D13B5">
            <w:pPr>
              <w:spacing w:after="28"/>
              <w:jc w:val="both"/>
              <w:rPr>
                <w:rFonts w:ascii="Times New Roman" w:hAnsi="Times New Roman" w:cs="Times New Roman"/>
                <w:bCs/>
              </w:rPr>
            </w:pPr>
            <w:r w:rsidRPr="007D484D">
              <w:rPr>
                <w:rFonts w:ascii="Times New Roman" w:hAnsi="Times New Roman" w:cs="Times New Roman"/>
                <w:b/>
              </w:rPr>
              <w:t>职称</w:t>
            </w:r>
            <w:r w:rsidRPr="004D13B5">
              <w:rPr>
                <w:rFonts w:ascii="Times New Roman" w:hAnsi="Times New Roman" w:cs="Times New Roman"/>
                <w:bCs/>
              </w:rPr>
              <w:t>：博士后研究员</w:t>
            </w:r>
          </w:p>
          <w:p w14:paraId="6C46A13A" w14:textId="1F216F43" w:rsidR="006E59EC" w:rsidRPr="004D13B5" w:rsidRDefault="00000000" w:rsidP="004D13B5">
            <w:pPr>
              <w:spacing w:after="28"/>
              <w:jc w:val="both"/>
              <w:rPr>
                <w:rFonts w:ascii="Times New Roman" w:hAnsi="Times New Roman" w:cs="Times New Roman"/>
                <w:bCs/>
              </w:rPr>
            </w:pPr>
            <w:proofErr w:type="spellStart"/>
            <w:r w:rsidRPr="007D484D">
              <w:rPr>
                <w:rFonts w:ascii="Times New Roman" w:hAnsi="Times New Roman" w:cs="Times New Roman"/>
                <w:b/>
              </w:rPr>
              <w:t>职务</w:t>
            </w:r>
            <w:r w:rsidRPr="004D13B5">
              <w:rPr>
                <w:rFonts w:ascii="Times New Roman" w:hAnsi="Times New Roman" w:cs="Times New Roman"/>
                <w:bCs/>
              </w:rPr>
              <w:t>：</w:t>
            </w:r>
            <w:r w:rsidR="007D484D" w:rsidRPr="007D484D">
              <w:rPr>
                <w:rFonts w:ascii="Times New Roman" w:hAnsi="Times New Roman" w:cs="Times New Roman"/>
                <w:bCs/>
              </w:rPr>
              <w:t>助理研究员</w:t>
            </w:r>
            <w:proofErr w:type="spellEnd"/>
          </w:p>
          <w:p w14:paraId="6CA42E32" w14:textId="77777777" w:rsidR="006E59EC" w:rsidRPr="004D13B5" w:rsidRDefault="00000000" w:rsidP="004D13B5">
            <w:pPr>
              <w:spacing w:after="28"/>
              <w:jc w:val="both"/>
              <w:rPr>
                <w:rFonts w:ascii="Times New Roman" w:hAnsi="Times New Roman" w:cs="Times New Roman"/>
                <w:bCs/>
              </w:rPr>
            </w:pPr>
            <w:r w:rsidRPr="007D484D">
              <w:rPr>
                <w:rFonts w:ascii="Times New Roman" w:hAnsi="Times New Roman" w:cs="Times New Roman"/>
                <w:b/>
              </w:rPr>
              <w:t>学位</w:t>
            </w:r>
            <w:r w:rsidRPr="004D13B5">
              <w:rPr>
                <w:rFonts w:ascii="Times New Roman" w:hAnsi="Times New Roman" w:cs="Times New Roman"/>
                <w:bCs/>
              </w:rPr>
              <w:t>：林学博士（</w:t>
            </w:r>
            <w:r w:rsidRPr="004D13B5">
              <w:rPr>
                <w:rFonts w:ascii="Times New Roman" w:hAnsi="Times New Roman" w:cs="Times New Roman"/>
                <w:bCs/>
              </w:rPr>
              <w:t>Ph.D. in Forestry</w:t>
            </w:r>
            <w:r w:rsidRPr="004D13B5">
              <w:rPr>
                <w:rFonts w:ascii="Times New Roman" w:hAnsi="Times New Roman" w:cs="Times New Roman"/>
                <w:bCs/>
              </w:rPr>
              <w:t>）</w:t>
            </w:r>
          </w:p>
          <w:p w14:paraId="718D2561" w14:textId="77777777" w:rsidR="006E59EC" w:rsidRPr="004D13B5" w:rsidRDefault="00000000" w:rsidP="004D13B5">
            <w:pPr>
              <w:spacing w:after="28"/>
              <w:jc w:val="both"/>
              <w:rPr>
                <w:rFonts w:ascii="Times New Roman" w:hAnsi="Times New Roman" w:cs="Times New Roman"/>
                <w:bCs/>
              </w:rPr>
            </w:pPr>
            <w:r w:rsidRPr="007D484D">
              <w:rPr>
                <w:rFonts w:ascii="Times New Roman" w:hAnsi="Times New Roman" w:cs="Times New Roman"/>
                <w:b/>
              </w:rPr>
              <w:t>学历</w:t>
            </w:r>
            <w:r w:rsidRPr="004D13B5">
              <w:rPr>
                <w:rFonts w:ascii="Times New Roman" w:hAnsi="Times New Roman" w:cs="Times New Roman"/>
                <w:bCs/>
              </w:rPr>
              <w:t>：博士研究生</w:t>
            </w:r>
          </w:p>
          <w:p w14:paraId="4EDFE5C3" w14:textId="77777777" w:rsidR="006E59EC" w:rsidRPr="004D13B5" w:rsidRDefault="00000000" w:rsidP="004D13B5">
            <w:pPr>
              <w:spacing w:after="28"/>
              <w:jc w:val="both"/>
              <w:rPr>
                <w:rFonts w:ascii="Times New Roman" w:hAnsi="Times New Roman" w:cs="Times New Roman"/>
                <w:bCs/>
              </w:rPr>
            </w:pPr>
            <w:r w:rsidRPr="007D484D">
              <w:rPr>
                <w:rFonts w:ascii="Times New Roman" w:hAnsi="Times New Roman" w:cs="Times New Roman"/>
                <w:b/>
              </w:rPr>
              <w:t>政治面貌</w:t>
            </w:r>
            <w:r w:rsidRPr="004D13B5">
              <w:rPr>
                <w:rFonts w:ascii="Times New Roman" w:hAnsi="Times New Roman" w:cs="Times New Roman"/>
                <w:bCs/>
              </w:rPr>
              <w:t>：</w:t>
            </w:r>
            <w:r w:rsidRPr="004D13B5">
              <w:rPr>
                <w:rFonts w:ascii="Times New Roman" w:hAnsi="Times New Roman" w:cs="Times New Roman"/>
                <w:bCs/>
              </w:rPr>
              <w:t>—</w:t>
            </w:r>
          </w:p>
          <w:p w14:paraId="7E7E367D" w14:textId="77777777" w:rsidR="006E59EC" w:rsidRPr="004D13B5" w:rsidRDefault="00000000" w:rsidP="004D13B5">
            <w:pPr>
              <w:spacing w:after="28"/>
              <w:jc w:val="both"/>
              <w:rPr>
                <w:rFonts w:ascii="Times New Roman" w:hAnsi="Times New Roman" w:cs="Times New Roman"/>
                <w:bCs/>
              </w:rPr>
            </w:pPr>
            <w:r w:rsidRPr="007D484D">
              <w:rPr>
                <w:rFonts w:ascii="Times New Roman" w:hAnsi="Times New Roman" w:cs="Times New Roman"/>
                <w:b/>
              </w:rPr>
              <w:t>联系电话</w:t>
            </w:r>
            <w:r w:rsidRPr="004D13B5">
              <w:rPr>
                <w:rFonts w:ascii="Times New Roman" w:hAnsi="Times New Roman" w:cs="Times New Roman"/>
                <w:bCs/>
              </w:rPr>
              <w:t>：</w:t>
            </w:r>
            <w:r w:rsidRPr="004D13B5">
              <w:rPr>
                <w:rFonts w:ascii="Times New Roman" w:hAnsi="Times New Roman" w:cs="Times New Roman"/>
                <w:bCs/>
              </w:rPr>
              <w:t>+86-13611475773</w:t>
            </w:r>
          </w:p>
          <w:p w14:paraId="4AFD52A5" w14:textId="77777777" w:rsidR="006E59EC" w:rsidRPr="004D13B5" w:rsidRDefault="00000000" w:rsidP="004D13B5">
            <w:pPr>
              <w:spacing w:after="28"/>
              <w:jc w:val="both"/>
              <w:rPr>
                <w:rFonts w:ascii="Times New Roman" w:hAnsi="Times New Roman" w:cs="Times New Roman"/>
                <w:bCs/>
              </w:rPr>
            </w:pPr>
            <w:r w:rsidRPr="007D484D">
              <w:rPr>
                <w:rFonts w:ascii="Times New Roman" w:hAnsi="Times New Roman" w:cs="Times New Roman"/>
                <w:b/>
              </w:rPr>
              <w:t>电子邮箱</w:t>
            </w:r>
            <w:r w:rsidRPr="004D13B5">
              <w:rPr>
                <w:rFonts w:ascii="Times New Roman" w:hAnsi="Times New Roman" w:cs="Times New Roman"/>
                <w:bCs/>
              </w:rPr>
              <w:t>：</w:t>
            </w:r>
            <w:r w:rsidRPr="004D13B5">
              <w:rPr>
                <w:rFonts w:ascii="Times New Roman" w:hAnsi="Times New Roman" w:cs="Times New Roman"/>
                <w:bCs/>
              </w:rPr>
              <w:t>rana@nbu.edu.cn</w:t>
            </w:r>
          </w:p>
          <w:p w14:paraId="735859E2" w14:textId="77777777" w:rsidR="006E59EC" w:rsidRPr="004D13B5" w:rsidRDefault="00000000" w:rsidP="004D13B5">
            <w:pPr>
              <w:spacing w:after="28"/>
              <w:jc w:val="both"/>
              <w:rPr>
                <w:rFonts w:ascii="Times New Roman" w:hAnsi="Times New Roman" w:cs="Times New Roman"/>
                <w:bCs/>
              </w:rPr>
            </w:pPr>
            <w:r w:rsidRPr="007D484D">
              <w:rPr>
                <w:rFonts w:ascii="Times New Roman" w:hAnsi="Times New Roman" w:cs="Times New Roman"/>
                <w:b/>
              </w:rPr>
              <w:t>现工作单位</w:t>
            </w:r>
            <w:r w:rsidRPr="004D13B5">
              <w:rPr>
                <w:rFonts w:ascii="Times New Roman" w:hAnsi="Times New Roman" w:cs="Times New Roman"/>
                <w:bCs/>
              </w:rPr>
              <w:t>：宁波大学地理与遥感学院</w:t>
            </w:r>
          </w:p>
          <w:p w14:paraId="1F7D1A0E" w14:textId="5F561687" w:rsidR="006E59EC" w:rsidRPr="004D13B5" w:rsidRDefault="00000000" w:rsidP="004D13B5">
            <w:pPr>
              <w:spacing w:after="28"/>
              <w:jc w:val="both"/>
              <w:rPr>
                <w:rFonts w:ascii="Times New Roman" w:hAnsi="Times New Roman" w:cs="Times New Roman"/>
                <w:bCs/>
              </w:rPr>
            </w:pPr>
            <w:proofErr w:type="spellStart"/>
            <w:r w:rsidRPr="007D484D">
              <w:rPr>
                <w:rFonts w:ascii="Times New Roman" w:hAnsi="Times New Roman" w:cs="Times New Roman"/>
                <w:b/>
              </w:rPr>
              <w:t>研究领域</w:t>
            </w:r>
            <w:r w:rsidRPr="004D13B5">
              <w:rPr>
                <w:rFonts w:ascii="Times New Roman" w:hAnsi="Times New Roman" w:cs="Times New Roman"/>
                <w:bCs/>
              </w:rPr>
              <w:t>：</w:t>
            </w:r>
            <w:r w:rsidR="00E72997" w:rsidRPr="00E72997">
              <w:rPr>
                <w:rFonts w:ascii="Times New Roman" w:hAnsi="Times New Roman" w:cs="Times New Roman"/>
                <w:bCs/>
              </w:rPr>
              <w:t>森林生态学；植物生态生理学；土壤生物地球化学；全球变化生态学；酸沉降与磷循环；水肥耦合效应；根系功能性状</w:t>
            </w:r>
            <w:proofErr w:type="spellEnd"/>
            <w:r w:rsidR="00E72997" w:rsidRPr="00E72997">
              <w:rPr>
                <w:rFonts w:ascii="Times New Roman" w:hAnsi="Times New Roman" w:cs="Times New Roman"/>
                <w:bCs/>
              </w:rPr>
              <w:t>。</w:t>
            </w:r>
          </w:p>
          <w:p w14:paraId="1D5D54BE" w14:textId="472E5DB0" w:rsidR="006E59EC" w:rsidRPr="004D13B5" w:rsidRDefault="00000000" w:rsidP="004D13B5">
            <w:pPr>
              <w:spacing w:after="28"/>
              <w:jc w:val="both"/>
              <w:rPr>
                <w:rFonts w:ascii="Times New Roman" w:hAnsi="Times New Roman" w:cs="Times New Roman"/>
                <w:bCs/>
              </w:rPr>
            </w:pPr>
            <w:proofErr w:type="spellStart"/>
            <w:r w:rsidRPr="004D13B5">
              <w:rPr>
                <w:rFonts w:ascii="Times New Roman" w:hAnsi="Times New Roman" w:cs="Times New Roman"/>
                <w:bCs/>
              </w:rPr>
              <w:t>所在硕</w:t>
            </w:r>
            <w:proofErr w:type="spellEnd"/>
            <w:r w:rsidRPr="004D13B5">
              <w:rPr>
                <w:rFonts w:ascii="Times New Roman" w:hAnsi="Times New Roman" w:cs="Times New Roman"/>
                <w:bCs/>
              </w:rPr>
              <w:t>/</w:t>
            </w:r>
            <w:proofErr w:type="spellStart"/>
            <w:r w:rsidRPr="004D13B5">
              <w:rPr>
                <w:rFonts w:ascii="Times New Roman" w:hAnsi="Times New Roman" w:cs="Times New Roman"/>
                <w:bCs/>
              </w:rPr>
              <w:t>博士点（方向</w:t>
            </w:r>
            <w:proofErr w:type="spellEnd"/>
            <w:r w:rsidRPr="004D13B5">
              <w:rPr>
                <w:rFonts w:ascii="Times New Roman" w:hAnsi="Times New Roman" w:cs="Times New Roman"/>
                <w:bCs/>
              </w:rPr>
              <w:t>）：</w:t>
            </w:r>
            <w:proofErr w:type="spellStart"/>
            <w:r w:rsidRPr="004D13B5">
              <w:rPr>
                <w:rFonts w:ascii="Times New Roman" w:hAnsi="Times New Roman" w:cs="Times New Roman"/>
                <w:bCs/>
              </w:rPr>
              <w:t>生态学相关方向（森林生态学、植物生态生理学、土壤生物地球化学</w:t>
            </w:r>
            <w:proofErr w:type="spellEnd"/>
            <w:r w:rsidRPr="004D13B5">
              <w:rPr>
                <w:rFonts w:ascii="Times New Roman" w:hAnsi="Times New Roman" w:cs="Times New Roman"/>
                <w:bCs/>
              </w:rPr>
              <w:t>）</w:t>
            </w:r>
          </w:p>
          <w:p w14:paraId="366CC6D2" w14:textId="77777777" w:rsidR="006E59EC" w:rsidRDefault="00000000" w:rsidP="004D13B5">
            <w:pPr>
              <w:spacing w:after="28"/>
              <w:jc w:val="both"/>
              <w:rPr>
                <w:rFonts w:ascii="Times New Roman" w:hAnsi="Times New Roman" w:cs="Times New Roman"/>
                <w:bCs/>
              </w:rPr>
            </w:pPr>
            <w:proofErr w:type="spellStart"/>
            <w:r w:rsidRPr="004D13B5">
              <w:rPr>
                <w:rFonts w:ascii="Times New Roman" w:hAnsi="Times New Roman" w:cs="Times New Roman"/>
                <w:bCs/>
              </w:rPr>
              <w:t>所在研究所：宁波大学地理与遥感学院</w:t>
            </w:r>
            <w:proofErr w:type="spellEnd"/>
            <w:r w:rsidR="00E033DD" w:rsidRPr="004D13B5">
              <w:rPr>
                <w:rFonts w:ascii="Times New Roman" w:hAnsi="Times New Roman" w:cs="Times New Roman"/>
                <w:bCs/>
              </w:rPr>
              <w:t>。</w:t>
            </w:r>
          </w:p>
          <w:p w14:paraId="4FFE99E7" w14:textId="77777777" w:rsidR="00E72997" w:rsidRDefault="00E72997" w:rsidP="004D13B5">
            <w:pPr>
              <w:spacing w:after="28"/>
              <w:jc w:val="both"/>
              <w:rPr>
                <w:rFonts w:ascii="Times New Roman" w:hAnsi="Times New Roman" w:cs="Times New Roman"/>
                <w:bCs/>
              </w:rPr>
            </w:pPr>
          </w:p>
          <w:p w14:paraId="2088C5B5" w14:textId="10E60CFD" w:rsidR="00E72997" w:rsidRPr="004D13B5" w:rsidRDefault="00E72997" w:rsidP="004D13B5">
            <w:pPr>
              <w:spacing w:after="28"/>
              <w:jc w:val="both"/>
              <w:rPr>
                <w:rFonts w:ascii="Times New Roman" w:hAnsi="Times New Roman" w:cs="Times New Roman"/>
                <w:bCs/>
              </w:rPr>
            </w:pPr>
            <w:r w:rsidRPr="00E72997">
              <w:rPr>
                <w:rFonts w:ascii="Times New Roman" w:hAnsi="Times New Roman" w:cs="Times New Roman"/>
                <w:bCs/>
              </w:rPr>
              <w:t xml:space="preserve">Md Sohel Rana </w:t>
            </w:r>
            <w:r w:rsidRPr="00E72997">
              <w:rPr>
                <w:rFonts w:ascii="Times New Roman" w:hAnsi="Times New Roman" w:cs="Times New Roman"/>
                <w:bCs/>
              </w:rPr>
              <w:t>博士现为宁波大学地理与遥感学院博士后研究员，研究方向涵盖森林生态学、植物生态生理学、土壤生物地球化学与全球变化生态学。重点探讨酸沉降背景下森林土壤养分及磷循环过程，以及植物对水分和养分供给变化的生态生理响应；结合野外观测、控制试验与土壤和植物分析，研究根系功能性状及植物环境胁迫适应机制。</w:t>
            </w:r>
          </w:p>
        </w:tc>
        <w:tc>
          <w:tcPr>
            <w:tcW w:w="4986" w:type="dxa"/>
            <w:tcMar>
              <w:top w:w="0" w:type="dxa"/>
              <w:left w:w="100" w:type="dxa"/>
              <w:bottom w:w="0" w:type="dxa"/>
              <w:right w:w="0" w:type="dxa"/>
            </w:tcMar>
          </w:tcPr>
          <w:p w14:paraId="3A156B93" w14:textId="39726E9C" w:rsidR="006E59EC" w:rsidRPr="004D13B5" w:rsidRDefault="00E033DD" w:rsidP="004D13B5">
            <w:pPr>
              <w:jc w:val="both"/>
              <w:rPr>
                <w:rFonts w:ascii="Times New Roman" w:hAnsi="Times New Roman" w:cs="Times New Roman"/>
                <w:bCs/>
              </w:rPr>
            </w:pPr>
            <w:r>
              <w:rPr>
                <w:noProof/>
              </w:rPr>
              <w:drawing>
                <wp:inline distT="0" distB="0" distL="0" distR="0" wp14:anchorId="4232B111" wp14:editId="4AB2F53D">
                  <wp:extent cx="1550035" cy="1936435"/>
                  <wp:effectExtent l="0" t="0" r="0" b="6985"/>
                  <wp:docPr id="2103492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67245" cy="1957936"/>
                          </a:xfrm>
                          <a:prstGeom prst="rect">
                            <a:avLst/>
                          </a:prstGeom>
                          <a:noFill/>
                          <a:ln>
                            <a:noFill/>
                          </a:ln>
                        </pic:spPr>
                      </pic:pic>
                    </a:graphicData>
                  </a:graphic>
                </wp:inline>
              </w:drawing>
            </w:r>
          </w:p>
        </w:tc>
      </w:tr>
    </w:tbl>
    <w:p w14:paraId="6199577B" w14:textId="77777777" w:rsidR="006E59EC" w:rsidRPr="004D13B5" w:rsidRDefault="00000000" w:rsidP="004D13B5">
      <w:pPr>
        <w:pStyle w:val="SectionCN"/>
        <w:keepNext/>
        <w:jc w:val="both"/>
        <w:rPr>
          <w:rFonts w:ascii="Times New Roman" w:hAnsi="Times New Roman" w:cs="Times New Roman"/>
        </w:rPr>
      </w:pPr>
      <w:proofErr w:type="spellStart"/>
      <w:r w:rsidRPr="004D13B5">
        <w:rPr>
          <w:rFonts w:ascii="Times New Roman" w:hAnsi="Times New Roman" w:cs="Times New Roman"/>
        </w:rPr>
        <w:t>二、学习和工作经历</w:t>
      </w:r>
      <w:proofErr w:type="spellEnd"/>
    </w:p>
    <w:p w14:paraId="52BDFC9F" w14:textId="77777777" w:rsidR="006E59EC" w:rsidRPr="004D13B5" w:rsidRDefault="00000000" w:rsidP="004D13B5">
      <w:pPr>
        <w:pStyle w:val="Sub"/>
        <w:keepNext/>
        <w:jc w:val="both"/>
        <w:rPr>
          <w:rFonts w:ascii="Times New Roman" w:hAnsi="Times New Roman" w:cs="Times New Roman"/>
          <w:b w:val="0"/>
          <w:bCs/>
        </w:rPr>
      </w:pPr>
      <w:r w:rsidRPr="004D13B5">
        <w:rPr>
          <w:rFonts w:ascii="Times New Roman" w:hAnsi="Times New Roman" w:cs="Times New Roman"/>
          <w:b w:val="0"/>
          <w:bCs/>
        </w:rPr>
        <w:t>学历经历（按时间倒序）</w:t>
      </w:r>
    </w:p>
    <w:p w14:paraId="5D915207" w14:textId="5D3F8DA2" w:rsidR="006E59EC" w:rsidRPr="004D13B5" w:rsidRDefault="00000000" w:rsidP="004D13B5">
      <w:pPr>
        <w:pStyle w:val="Small"/>
        <w:ind w:left="283" w:hanging="283"/>
        <w:jc w:val="both"/>
        <w:rPr>
          <w:rFonts w:ascii="Times New Roman" w:hAnsi="Times New Roman" w:cs="Times New Roman"/>
          <w:bCs/>
        </w:rPr>
      </w:pPr>
      <w:r w:rsidRPr="004D13B5">
        <w:rPr>
          <w:rFonts w:ascii="Times New Roman" w:hAnsi="Times New Roman" w:cs="Times New Roman"/>
          <w:bCs/>
        </w:rPr>
        <w:t>1. 2019</w:t>
      </w:r>
      <w:r w:rsidRPr="004D13B5">
        <w:rPr>
          <w:rFonts w:ascii="Times New Roman" w:hAnsi="Times New Roman" w:cs="Times New Roman"/>
          <w:bCs/>
        </w:rPr>
        <w:t>年</w:t>
      </w:r>
      <w:r w:rsidRPr="004D13B5">
        <w:rPr>
          <w:rFonts w:ascii="Times New Roman" w:hAnsi="Times New Roman" w:cs="Times New Roman"/>
          <w:bCs/>
        </w:rPr>
        <w:t>9</w:t>
      </w:r>
      <w:r w:rsidRPr="004D13B5">
        <w:rPr>
          <w:rFonts w:ascii="Times New Roman" w:hAnsi="Times New Roman" w:cs="Times New Roman"/>
          <w:bCs/>
        </w:rPr>
        <w:t>月</w:t>
      </w:r>
      <w:r w:rsidRPr="004D13B5">
        <w:rPr>
          <w:rFonts w:ascii="Times New Roman" w:hAnsi="Times New Roman" w:cs="Times New Roman"/>
          <w:bCs/>
        </w:rPr>
        <w:t>—2023</w:t>
      </w:r>
      <w:r w:rsidRPr="004D13B5">
        <w:rPr>
          <w:rFonts w:ascii="Times New Roman" w:hAnsi="Times New Roman" w:cs="Times New Roman"/>
          <w:bCs/>
        </w:rPr>
        <w:t>年</w:t>
      </w:r>
      <w:r w:rsidRPr="004D13B5">
        <w:rPr>
          <w:rFonts w:ascii="Times New Roman" w:hAnsi="Times New Roman" w:cs="Times New Roman"/>
          <w:bCs/>
        </w:rPr>
        <w:t>12</w:t>
      </w:r>
      <w:r w:rsidRPr="004D13B5">
        <w:rPr>
          <w:rFonts w:ascii="Times New Roman" w:hAnsi="Times New Roman" w:cs="Times New Roman"/>
          <w:bCs/>
        </w:rPr>
        <w:t>月，河南农业大学，林学博士。</w:t>
      </w:r>
    </w:p>
    <w:p w14:paraId="2B04B075" w14:textId="6A296C7F" w:rsidR="006E59EC" w:rsidRPr="004D13B5" w:rsidRDefault="00000000" w:rsidP="004D13B5">
      <w:pPr>
        <w:pStyle w:val="Small"/>
        <w:ind w:left="283" w:hanging="283"/>
        <w:jc w:val="both"/>
        <w:rPr>
          <w:rFonts w:ascii="Times New Roman" w:hAnsi="Times New Roman" w:cs="Times New Roman"/>
          <w:bCs/>
        </w:rPr>
      </w:pPr>
      <w:r w:rsidRPr="004D13B5">
        <w:rPr>
          <w:rFonts w:ascii="Times New Roman" w:hAnsi="Times New Roman" w:cs="Times New Roman"/>
          <w:bCs/>
        </w:rPr>
        <w:t>2. 2016</w:t>
      </w:r>
      <w:r w:rsidRPr="004D13B5">
        <w:rPr>
          <w:rFonts w:ascii="Times New Roman" w:hAnsi="Times New Roman" w:cs="Times New Roman"/>
          <w:bCs/>
        </w:rPr>
        <w:t>年</w:t>
      </w:r>
      <w:r w:rsidRPr="004D13B5">
        <w:rPr>
          <w:rFonts w:ascii="Times New Roman" w:hAnsi="Times New Roman" w:cs="Times New Roman"/>
          <w:bCs/>
        </w:rPr>
        <w:t>9</w:t>
      </w:r>
      <w:r w:rsidRPr="004D13B5">
        <w:rPr>
          <w:rFonts w:ascii="Times New Roman" w:hAnsi="Times New Roman" w:cs="Times New Roman"/>
          <w:bCs/>
        </w:rPr>
        <w:t>月</w:t>
      </w:r>
      <w:r w:rsidRPr="004D13B5">
        <w:rPr>
          <w:rFonts w:ascii="Times New Roman" w:hAnsi="Times New Roman" w:cs="Times New Roman"/>
          <w:bCs/>
        </w:rPr>
        <w:t>—2019</w:t>
      </w:r>
      <w:r w:rsidRPr="004D13B5">
        <w:rPr>
          <w:rFonts w:ascii="Times New Roman" w:hAnsi="Times New Roman" w:cs="Times New Roman"/>
          <w:bCs/>
        </w:rPr>
        <w:t>年</w:t>
      </w:r>
      <w:r w:rsidRPr="004D13B5">
        <w:rPr>
          <w:rFonts w:ascii="Times New Roman" w:hAnsi="Times New Roman" w:cs="Times New Roman"/>
          <w:bCs/>
        </w:rPr>
        <w:t>7</w:t>
      </w:r>
      <w:r w:rsidRPr="004D13B5">
        <w:rPr>
          <w:rFonts w:ascii="Times New Roman" w:hAnsi="Times New Roman" w:cs="Times New Roman"/>
          <w:bCs/>
        </w:rPr>
        <w:t>月，河南农业大学，林学硕士。</w:t>
      </w:r>
    </w:p>
    <w:p w14:paraId="6DF25124" w14:textId="659CBE22" w:rsidR="006E59EC" w:rsidRPr="004D13B5" w:rsidRDefault="00000000" w:rsidP="004D13B5">
      <w:pPr>
        <w:pStyle w:val="Small"/>
        <w:ind w:left="283" w:hanging="283"/>
        <w:jc w:val="both"/>
        <w:rPr>
          <w:rFonts w:ascii="Times New Roman" w:hAnsi="Times New Roman" w:cs="Times New Roman"/>
          <w:bCs/>
        </w:rPr>
      </w:pPr>
      <w:r w:rsidRPr="004D13B5">
        <w:rPr>
          <w:rFonts w:ascii="Times New Roman" w:hAnsi="Times New Roman" w:cs="Times New Roman"/>
          <w:bCs/>
        </w:rPr>
        <w:t>3. 2011</w:t>
      </w:r>
      <w:r w:rsidRPr="004D13B5">
        <w:rPr>
          <w:rFonts w:ascii="Times New Roman" w:hAnsi="Times New Roman" w:cs="Times New Roman"/>
          <w:bCs/>
        </w:rPr>
        <w:t>年</w:t>
      </w:r>
      <w:r w:rsidRPr="004D13B5">
        <w:rPr>
          <w:rFonts w:ascii="Times New Roman" w:hAnsi="Times New Roman" w:cs="Times New Roman"/>
          <w:bCs/>
        </w:rPr>
        <w:t>4</w:t>
      </w:r>
      <w:r w:rsidRPr="004D13B5">
        <w:rPr>
          <w:rFonts w:ascii="Times New Roman" w:hAnsi="Times New Roman" w:cs="Times New Roman"/>
          <w:bCs/>
        </w:rPr>
        <w:t>月</w:t>
      </w:r>
      <w:r w:rsidRPr="004D13B5">
        <w:rPr>
          <w:rFonts w:ascii="Times New Roman" w:hAnsi="Times New Roman" w:cs="Times New Roman"/>
          <w:bCs/>
        </w:rPr>
        <w:t>—2015</w:t>
      </w:r>
      <w:r w:rsidRPr="004D13B5">
        <w:rPr>
          <w:rFonts w:ascii="Times New Roman" w:hAnsi="Times New Roman" w:cs="Times New Roman"/>
          <w:bCs/>
        </w:rPr>
        <w:t>年</w:t>
      </w:r>
      <w:r w:rsidRPr="004D13B5">
        <w:rPr>
          <w:rFonts w:ascii="Times New Roman" w:hAnsi="Times New Roman" w:cs="Times New Roman"/>
          <w:bCs/>
        </w:rPr>
        <w:t>4</w:t>
      </w:r>
      <w:r w:rsidRPr="004D13B5">
        <w:rPr>
          <w:rFonts w:ascii="Times New Roman" w:hAnsi="Times New Roman" w:cs="Times New Roman"/>
          <w:bCs/>
        </w:rPr>
        <w:t>月，</w:t>
      </w:r>
      <w:r w:rsidR="007D484D" w:rsidRPr="004D13B5">
        <w:rPr>
          <w:rFonts w:ascii="Times New Roman" w:hAnsi="Times New Roman" w:cs="Times New Roman"/>
          <w:bCs/>
        </w:rPr>
        <w:t xml:space="preserve">International University of Business Agriculture and </w:t>
      </w:r>
      <w:proofErr w:type="spellStart"/>
      <w:r w:rsidR="007D484D" w:rsidRPr="004D13B5">
        <w:rPr>
          <w:rFonts w:ascii="Times New Roman" w:hAnsi="Times New Roman" w:cs="Times New Roman"/>
          <w:bCs/>
        </w:rPr>
        <w:t>Technology</w:t>
      </w:r>
      <w:r w:rsidRPr="004D13B5">
        <w:rPr>
          <w:rFonts w:ascii="Times New Roman" w:hAnsi="Times New Roman" w:cs="Times New Roman"/>
          <w:bCs/>
        </w:rPr>
        <w:t>（孟加拉国</w:t>
      </w:r>
      <w:proofErr w:type="spellEnd"/>
      <w:r w:rsidRPr="004D13B5">
        <w:rPr>
          <w:rFonts w:ascii="Times New Roman" w:hAnsi="Times New Roman" w:cs="Times New Roman"/>
          <w:bCs/>
        </w:rPr>
        <w:t>），</w:t>
      </w:r>
      <w:proofErr w:type="spellStart"/>
      <w:r w:rsidRPr="004D13B5">
        <w:rPr>
          <w:rFonts w:ascii="Times New Roman" w:hAnsi="Times New Roman" w:cs="Times New Roman"/>
          <w:bCs/>
        </w:rPr>
        <w:t>农业学学士</w:t>
      </w:r>
      <w:proofErr w:type="spellEnd"/>
      <w:r w:rsidRPr="004D13B5">
        <w:rPr>
          <w:rFonts w:ascii="Times New Roman" w:hAnsi="Times New Roman" w:cs="Times New Roman"/>
          <w:bCs/>
        </w:rPr>
        <w:t>。</w:t>
      </w:r>
    </w:p>
    <w:p w14:paraId="041FCDB7" w14:textId="77777777" w:rsidR="006E59EC" w:rsidRPr="00D16B58" w:rsidRDefault="00000000" w:rsidP="004D13B5">
      <w:pPr>
        <w:pStyle w:val="Sub"/>
        <w:keepNext/>
        <w:jc w:val="both"/>
        <w:rPr>
          <w:rFonts w:ascii="Times New Roman" w:hAnsi="Times New Roman" w:cs="Times New Roman"/>
        </w:rPr>
      </w:pPr>
      <w:r w:rsidRPr="00D16B58">
        <w:rPr>
          <w:rFonts w:ascii="Times New Roman" w:hAnsi="Times New Roman" w:cs="Times New Roman"/>
        </w:rPr>
        <w:lastRenderedPageBreak/>
        <w:t>工作经历（按时间倒序）</w:t>
      </w:r>
    </w:p>
    <w:p w14:paraId="53238DDE" w14:textId="7C681AA3" w:rsidR="006E59EC" w:rsidRPr="004D13B5" w:rsidRDefault="00000000" w:rsidP="004D13B5">
      <w:pPr>
        <w:pStyle w:val="Small"/>
        <w:ind w:left="283" w:hanging="283"/>
        <w:jc w:val="both"/>
        <w:rPr>
          <w:rFonts w:ascii="Times New Roman" w:hAnsi="Times New Roman" w:cs="Times New Roman"/>
          <w:bCs/>
        </w:rPr>
      </w:pPr>
      <w:r w:rsidRPr="004D13B5">
        <w:rPr>
          <w:rFonts w:ascii="Times New Roman" w:hAnsi="Times New Roman" w:cs="Times New Roman"/>
          <w:bCs/>
        </w:rPr>
        <w:t xml:space="preserve">1. </w:t>
      </w:r>
      <w:r w:rsidR="00D16B58" w:rsidRPr="00D16B58">
        <w:rPr>
          <w:rFonts w:ascii="Times New Roman" w:hAnsi="Times New Roman" w:cs="Times New Roman"/>
          <w:bCs/>
        </w:rPr>
        <w:t xml:space="preserve">2026 </w:t>
      </w:r>
      <w:r w:rsidR="00D16B58" w:rsidRPr="00D16B58">
        <w:rPr>
          <w:rFonts w:ascii="Times New Roman" w:hAnsi="Times New Roman" w:cs="Times New Roman"/>
          <w:bCs/>
        </w:rPr>
        <w:t>年</w:t>
      </w:r>
      <w:r w:rsidR="00D16B58" w:rsidRPr="00D16B58">
        <w:rPr>
          <w:rFonts w:ascii="Times New Roman" w:hAnsi="Times New Roman" w:cs="Times New Roman"/>
          <w:bCs/>
        </w:rPr>
        <w:t xml:space="preserve"> </w:t>
      </w:r>
      <w:r w:rsidR="00D16B58">
        <w:rPr>
          <w:rFonts w:ascii="Times New Roman" w:hAnsi="Times New Roman" w:cs="Times New Roman"/>
          <w:bCs/>
        </w:rPr>
        <w:t>8</w:t>
      </w:r>
      <w:r w:rsidR="00D16B58" w:rsidRPr="00D16B58">
        <w:rPr>
          <w:rFonts w:ascii="Times New Roman" w:hAnsi="Times New Roman" w:cs="Times New Roman"/>
          <w:bCs/>
        </w:rPr>
        <w:t xml:space="preserve"> </w:t>
      </w:r>
      <w:r w:rsidR="00D16B58" w:rsidRPr="00D16B58">
        <w:rPr>
          <w:rFonts w:ascii="Times New Roman" w:hAnsi="Times New Roman" w:cs="Times New Roman"/>
          <w:bCs/>
        </w:rPr>
        <w:t>月10日</w:t>
      </w:r>
      <w:r w:rsidR="00D16B58" w:rsidRPr="00D16B58">
        <w:rPr>
          <w:rFonts w:ascii="Times New Roman" w:hAnsi="Times New Roman" w:cs="Times New Roman"/>
          <w:bCs/>
        </w:rPr>
        <w:t xml:space="preserve"> — </w:t>
      </w:r>
      <w:proofErr w:type="spellStart"/>
      <w:r w:rsidR="00D16B58" w:rsidRPr="00D16B58">
        <w:rPr>
          <w:rFonts w:ascii="Times New Roman" w:hAnsi="Times New Roman" w:cs="Times New Roman"/>
          <w:bCs/>
        </w:rPr>
        <w:t>至今</w:t>
      </w:r>
      <w:proofErr w:type="spellEnd"/>
      <w:r w:rsidR="00D16B58">
        <w:rPr>
          <w:rFonts w:ascii="Times New Roman" w:hAnsi="Times New Roman" w:cs="Times New Roman"/>
          <w:bCs/>
        </w:rPr>
        <w:t xml:space="preserve"> </w:t>
      </w:r>
      <w:proofErr w:type="spellStart"/>
      <w:r w:rsidRPr="004D13B5">
        <w:rPr>
          <w:rFonts w:ascii="Times New Roman" w:hAnsi="Times New Roman" w:cs="Times New Roman"/>
          <w:bCs/>
        </w:rPr>
        <w:t>宁波大学地理与遥感学院博士后研究员</w:t>
      </w:r>
      <w:proofErr w:type="spellEnd"/>
      <w:r w:rsidRPr="004D13B5">
        <w:rPr>
          <w:rFonts w:ascii="Times New Roman" w:hAnsi="Times New Roman" w:cs="Times New Roman"/>
          <w:bCs/>
        </w:rPr>
        <w:t>。</w:t>
      </w:r>
    </w:p>
    <w:p w14:paraId="160653D2" w14:textId="77777777" w:rsidR="006E59EC" w:rsidRPr="004D13B5" w:rsidRDefault="00000000" w:rsidP="004D13B5">
      <w:pPr>
        <w:pStyle w:val="Small"/>
        <w:ind w:left="283" w:hanging="283"/>
        <w:jc w:val="both"/>
        <w:rPr>
          <w:rFonts w:ascii="Times New Roman" w:hAnsi="Times New Roman" w:cs="Times New Roman"/>
          <w:bCs/>
        </w:rPr>
      </w:pPr>
      <w:r w:rsidRPr="004D13B5">
        <w:rPr>
          <w:rFonts w:ascii="Times New Roman" w:hAnsi="Times New Roman" w:cs="Times New Roman"/>
          <w:bCs/>
        </w:rPr>
        <w:t>2. 2024</w:t>
      </w:r>
      <w:r w:rsidRPr="004D13B5">
        <w:rPr>
          <w:rFonts w:ascii="Times New Roman" w:hAnsi="Times New Roman" w:cs="Times New Roman"/>
          <w:bCs/>
        </w:rPr>
        <w:t>年</w:t>
      </w:r>
      <w:r w:rsidRPr="004D13B5">
        <w:rPr>
          <w:rFonts w:ascii="Times New Roman" w:hAnsi="Times New Roman" w:cs="Times New Roman"/>
          <w:bCs/>
        </w:rPr>
        <w:t>7</w:t>
      </w:r>
      <w:r w:rsidRPr="004D13B5">
        <w:rPr>
          <w:rFonts w:ascii="Times New Roman" w:hAnsi="Times New Roman" w:cs="Times New Roman"/>
          <w:bCs/>
        </w:rPr>
        <w:t>月</w:t>
      </w:r>
      <w:r w:rsidRPr="004D13B5">
        <w:rPr>
          <w:rFonts w:ascii="Times New Roman" w:hAnsi="Times New Roman" w:cs="Times New Roman"/>
          <w:bCs/>
        </w:rPr>
        <w:t>—2026</w:t>
      </w:r>
      <w:r w:rsidRPr="004D13B5">
        <w:rPr>
          <w:rFonts w:ascii="Times New Roman" w:hAnsi="Times New Roman" w:cs="Times New Roman"/>
          <w:bCs/>
        </w:rPr>
        <w:t>年</w:t>
      </w:r>
      <w:r w:rsidRPr="004D13B5">
        <w:rPr>
          <w:rFonts w:ascii="Times New Roman" w:hAnsi="Times New Roman" w:cs="Times New Roman"/>
          <w:bCs/>
        </w:rPr>
        <w:t>6</w:t>
      </w:r>
      <w:r w:rsidRPr="004D13B5">
        <w:rPr>
          <w:rFonts w:ascii="Times New Roman" w:hAnsi="Times New Roman" w:cs="Times New Roman"/>
          <w:bCs/>
        </w:rPr>
        <w:t>月，中国科学院华南植物园生态学院，博士后研究员。主要开展长期模拟酸雨对土壤酸化、磷动态、碱性阳离子淋失及微生物群落影响研究，并开展野外试验、</w:t>
      </w:r>
      <w:r w:rsidRPr="004D13B5">
        <w:rPr>
          <w:rFonts w:ascii="Times New Roman" w:hAnsi="Times New Roman" w:cs="Times New Roman"/>
          <w:bCs/>
        </w:rPr>
        <w:t>ICP-OES</w:t>
      </w:r>
      <w:r w:rsidRPr="004D13B5">
        <w:rPr>
          <w:rFonts w:ascii="Times New Roman" w:hAnsi="Times New Roman" w:cs="Times New Roman"/>
          <w:bCs/>
        </w:rPr>
        <w:t>、微生物</w:t>
      </w:r>
      <w:r w:rsidRPr="004D13B5">
        <w:rPr>
          <w:rFonts w:ascii="Times New Roman" w:hAnsi="Times New Roman" w:cs="Times New Roman"/>
          <w:bCs/>
        </w:rPr>
        <w:t>DNA</w:t>
      </w:r>
      <w:r w:rsidRPr="004D13B5">
        <w:rPr>
          <w:rFonts w:ascii="Times New Roman" w:hAnsi="Times New Roman" w:cs="Times New Roman"/>
          <w:bCs/>
        </w:rPr>
        <w:t>分析及多变量建模。</w:t>
      </w:r>
    </w:p>
    <w:p w14:paraId="0BCA4E6C" w14:textId="77777777" w:rsidR="006E59EC" w:rsidRPr="004D13B5" w:rsidRDefault="00000000" w:rsidP="004D13B5">
      <w:pPr>
        <w:pStyle w:val="Small"/>
        <w:ind w:left="283" w:hanging="283"/>
        <w:jc w:val="both"/>
        <w:rPr>
          <w:rFonts w:ascii="Times New Roman" w:hAnsi="Times New Roman" w:cs="Times New Roman"/>
          <w:bCs/>
        </w:rPr>
      </w:pPr>
      <w:r w:rsidRPr="004D13B5">
        <w:rPr>
          <w:rFonts w:ascii="Times New Roman" w:hAnsi="Times New Roman" w:cs="Times New Roman"/>
          <w:bCs/>
        </w:rPr>
        <w:t>3. 2019</w:t>
      </w:r>
      <w:r w:rsidRPr="004D13B5">
        <w:rPr>
          <w:rFonts w:ascii="Times New Roman" w:hAnsi="Times New Roman" w:cs="Times New Roman"/>
          <w:bCs/>
        </w:rPr>
        <w:t>年</w:t>
      </w:r>
      <w:r w:rsidRPr="004D13B5">
        <w:rPr>
          <w:rFonts w:ascii="Times New Roman" w:hAnsi="Times New Roman" w:cs="Times New Roman"/>
          <w:bCs/>
        </w:rPr>
        <w:t>9</w:t>
      </w:r>
      <w:r w:rsidRPr="004D13B5">
        <w:rPr>
          <w:rFonts w:ascii="Times New Roman" w:hAnsi="Times New Roman" w:cs="Times New Roman"/>
          <w:bCs/>
        </w:rPr>
        <w:t>月</w:t>
      </w:r>
      <w:r w:rsidRPr="004D13B5">
        <w:rPr>
          <w:rFonts w:ascii="Times New Roman" w:hAnsi="Times New Roman" w:cs="Times New Roman"/>
          <w:bCs/>
        </w:rPr>
        <w:t>—2023</w:t>
      </w:r>
      <w:r w:rsidRPr="004D13B5">
        <w:rPr>
          <w:rFonts w:ascii="Times New Roman" w:hAnsi="Times New Roman" w:cs="Times New Roman"/>
          <w:bCs/>
        </w:rPr>
        <w:t>年</w:t>
      </w:r>
      <w:r w:rsidRPr="004D13B5">
        <w:rPr>
          <w:rFonts w:ascii="Times New Roman" w:hAnsi="Times New Roman" w:cs="Times New Roman"/>
          <w:bCs/>
        </w:rPr>
        <w:t>12</w:t>
      </w:r>
      <w:r w:rsidRPr="004D13B5">
        <w:rPr>
          <w:rFonts w:ascii="Times New Roman" w:hAnsi="Times New Roman" w:cs="Times New Roman"/>
          <w:bCs/>
        </w:rPr>
        <w:t>月，河南农业大学林学院，研究助理。参与森林生态学野外调查、实验室分析、数据解释、研究方案设计以及论文写作与投稿。</w:t>
      </w:r>
    </w:p>
    <w:p w14:paraId="6B2F4260" w14:textId="34EF9AF8" w:rsidR="006E59EC" w:rsidRPr="004D13B5" w:rsidRDefault="00000000" w:rsidP="004D13B5">
      <w:pPr>
        <w:pStyle w:val="Small"/>
        <w:ind w:left="283" w:hanging="283"/>
        <w:jc w:val="both"/>
        <w:rPr>
          <w:rFonts w:ascii="Times New Roman" w:hAnsi="Times New Roman" w:cs="Times New Roman"/>
          <w:bCs/>
        </w:rPr>
      </w:pPr>
      <w:r w:rsidRPr="004D13B5">
        <w:rPr>
          <w:rFonts w:ascii="Times New Roman" w:hAnsi="Times New Roman" w:cs="Times New Roman"/>
          <w:bCs/>
        </w:rPr>
        <w:t xml:space="preserve">4. </w:t>
      </w:r>
      <w:r w:rsidR="00DE3995" w:rsidRPr="00DE3995">
        <w:rPr>
          <w:rFonts w:ascii="Times New Roman" w:hAnsi="Times New Roman" w:cs="Times New Roman"/>
          <w:bCs/>
        </w:rPr>
        <w:t xml:space="preserve">2014 </w:t>
      </w:r>
      <w:r w:rsidR="00DE3995" w:rsidRPr="00DE3995">
        <w:rPr>
          <w:rFonts w:ascii="Times New Roman" w:hAnsi="Times New Roman" w:cs="Times New Roman"/>
          <w:bCs/>
        </w:rPr>
        <w:t>年</w:t>
      </w:r>
      <w:r w:rsidR="00DE3995" w:rsidRPr="00DE3995">
        <w:rPr>
          <w:rFonts w:ascii="Times New Roman" w:hAnsi="Times New Roman" w:cs="Times New Roman"/>
          <w:bCs/>
        </w:rPr>
        <w:t xml:space="preserve"> 12 </w:t>
      </w:r>
      <w:r w:rsidR="00DE3995" w:rsidRPr="00DE3995">
        <w:rPr>
          <w:rFonts w:ascii="Times New Roman" w:hAnsi="Times New Roman" w:cs="Times New Roman"/>
          <w:bCs/>
        </w:rPr>
        <w:t>月</w:t>
      </w:r>
      <w:r w:rsidR="00DE3995" w:rsidRPr="00DE3995">
        <w:rPr>
          <w:rFonts w:ascii="Times New Roman" w:hAnsi="Times New Roman" w:cs="Times New Roman"/>
          <w:bCs/>
        </w:rPr>
        <w:t xml:space="preserve"> —2015 </w:t>
      </w:r>
      <w:r w:rsidR="00DE3995" w:rsidRPr="00DE3995">
        <w:rPr>
          <w:rFonts w:ascii="Times New Roman" w:hAnsi="Times New Roman" w:cs="Times New Roman"/>
          <w:bCs/>
        </w:rPr>
        <w:t>年</w:t>
      </w:r>
      <w:r w:rsidR="00DE3995" w:rsidRPr="00DE3995">
        <w:rPr>
          <w:rFonts w:ascii="Times New Roman" w:hAnsi="Times New Roman" w:cs="Times New Roman"/>
          <w:bCs/>
        </w:rPr>
        <w:t xml:space="preserve"> 4 </w:t>
      </w:r>
      <w:r w:rsidR="00DE3995" w:rsidRPr="00DE3995">
        <w:rPr>
          <w:rFonts w:ascii="Times New Roman" w:hAnsi="Times New Roman" w:cs="Times New Roman"/>
          <w:bCs/>
        </w:rPr>
        <w:t>月，研究实习生；</w:t>
      </w:r>
      <w:r w:rsidR="00DE3995" w:rsidRPr="00DE3995">
        <w:rPr>
          <w:rFonts w:ascii="Times New Roman" w:hAnsi="Times New Roman" w:cs="Times New Roman"/>
          <w:bCs/>
        </w:rPr>
        <w:t xml:space="preserve">2015 </w:t>
      </w:r>
      <w:r w:rsidR="00DE3995" w:rsidRPr="00DE3995">
        <w:rPr>
          <w:rFonts w:ascii="Times New Roman" w:hAnsi="Times New Roman" w:cs="Times New Roman"/>
          <w:bCs/>
        </w:rPr>
        <w:t>年</w:t>
      </w:r>
      <w:r w:rsidR="00DE3995" w:rsidRPr="00DE3995">
        <w:rPr>
          <w:rFonts w:ascii="Times New Roman" w:hAnsi="Times New Roman" w:cs="Times New Roman"/>
          <w:bCs/>
        </w:rPr>
        <w:t xml:space="preserve"> 5 </w:t>
      </w:r>
      <w:r w:rsidR="00DE3995" w:rsidRPr="00DE3995">
        <w:rPr>
          <w:rFonts w:ascii="Times New Roman" w:hAnsi="Times New Roman" w:cs="Times New Roman"/>
          <w:bCs/>
        </w:rPr>
        <w:t>月</w:t>
      </w:r>
      <w:r w:rsidR="00DE3995" w:rsidRPr="00DE3995">
        <w:rPr>
          <w:rFonts w:ascii="Times New Roman" w:hAnsi="Times New Roman" w:cs="Times New Roman"/>
          <w:bCs/>
        </w:rPr>
        <w:t xml:space="preserve"> —2016 </w:t>
      </w:r>
      <w:r w:rsidR="00DE3995" w:rsidRPr="00DE3995">
        <w:rPr>
          <w:rFonts w:ascii="Times New Roman" w:hAnsi="Times New Roman" w:cs="Times New Roman"/>
          <w:bCs/>
        </w:rPr>
        <w:t>年</w:t>
      </w:r>
      <w:r w:rsidR="00DE3995" w:rsidRPr="00DE3995">
        <w:rPr>
          <w:rFonts w:ascii="Times New Roman" w:hAnsi="Times New Roman" w:cs="Times New Roman"/>
          <w:bCs/>
        </w:rPr>
        <w:t xml:space="preserve"> 2 </w:t>
      </w:r>
      <w:proofErr w:type="spellStart"/>
      <w:r w:rsidR="00DE3995" w:rsidRPr="00DE3995">
        <w:rPr>
          <w:rFonts w:ascii="Times New Roman" w:hAnsi="Times New Roman" w:cs="Times New Roman"/>
          <w:bCs/>
        </w:rPr>
        <w:t>月，孟加拉国农业研究所（</w:t>
      </w:r>
      <w:r w:rsidR="00DE3995" w:rsidRPr="00DE3995">
        <w:rPr>
          <w:rFonts w:ascii="Times New Roman" w:hAnsi="Times New Roman" w:cs="Times New Roman"/>
          <w:bCs/>
        </w:rPr>
        <w:t>BARI</w:t>
      </w:r>
      <w:r w:rsidR="00DE3995" w:rsidRPr="00DE3995">
        <w:rPr>
          <w:rFonts w:ascii="Times New Roman" w:hAnsi="Times New Roman" w:cs="Times New Roman"/>
          <w:bCs/>
        </w:rPr>
        <w:t>，加济布尔）植物育种与遗传学部研究助理。负责低</w:t>
      </w:r>
      <w:proofErr w:type="spellEnd"/>
      <w:r w:rsidR="00DE3995" w:rsidRPr="00DE3995">
        <w:rPr>
          <w:rFonts w:ascii="Times New Roman" w:hAnsi="Times New Roman" w:cs="Times New Roman"/>
          <w:bCs/>
        </w:rPr>
        <w:t xml:space="preserve"> </w:t>
      </w:r>
      <w:proofErr w:type="spellStart"/>
      <w:r w:rsidR="00DE3995" w:rsidRPr="00DE3995">
        <w:rPr>
          <w:rFonts w:ascii="Times New Roman" w:hAnsi="Times New Roman" w:cs="Times New Roman"/>
          <w:bCs/>
        </w:rPr>
        <w:t>pH</w:t>
      </w:r>
      <w:r w:rsidR="00DE3995" w:rsidRPr="00DE3995">
        <w:rPr>
          <w:rFonts w:ascii="Times New Roman" w:hAnsi="Times New Roman" w:cs="Times New Roman"/>
          <w:bCs/>
        </w:rPr>
        <w:t>、低磷处理下水培体系的田间与室内试验工作</w:t>
      </w:r>
      <w:proofErr w:type="spellEnd"/>
      <w:r w:rsidR="00DE3995" w:rsidRPr="00DE3995">
        <w:rPr>
          <w:rFonts w:ascii="Times New Roman" w:hAnsi="Times New Roman" w:cs="Times New Roman"/>
          <w:bCs/>
        </w:rPr>
        <w:t>。</w:t>
      </w:r>
    </w:p>
    <w:p w14:paraId="0F123F1C" w14:textId="77777777" w:rsidR="006E59EC" w:rsidRPr="004D13B5" w:rsidRDefault="00000000" w:rsidP="004D13B5">
      <w:pPr>
        <w:pStyle w:val="Small"/>
        <w:ind w:left="283" w:hanging="283"/>
        <w:jc w:val="both"/>
        <w:rPr>
          <w:rFonts w:ascii="Times New Roman" w:hAnsi="Times New Roman" w:cs="Times New Roman"/>
          <w:bCs/>
        </w:rPr>
      </w:pPr>
      <w:r w:rsidRPr="004D13B5">
        <w:rPr>
          <w:rFonts w:ascii="Times New Roman" w:hAnsi="Times New Roman" w:cs="Times New Roman"/>
          <w:bCs/>
        </w:rPr>
        <w:t>5. 2013</w:t>
      </w:r>
      <w:r w:rsidRPr="004D13B5">
        <w:rPr>
          <w:rFonts w:ascii="Times New Roman" w:hAnsi="Times New Roman" w:cs="Times New Roman"/>
          <w:bCs/>
        </w:rPr>
        <w:t>年</w:t>
      </w:r>
      <w:r w:rsidRPr="004D13B5">
        <w:rPr>
          <w:rFonts w:ascii="Times New Roman" w:hAnsi="Times New Roman" w:cs="Times New Roman"/>
          <w:bCs/>
        </w:rPr>
        <w:t>12</w:t>
      </w:r>
      <w:r w:rsidRPr="004D13B5">
        <w:rPr>
          <w:rFonts w:ascii="Times New Roman" w:hAnsi="Times New Roman" w:cs="Times New Roman"/>
          <w:bCs/>
        </w:rPr>
        <w:t>月</w:t>
      </w:r>
      <w:r w:rsidRPr="004D13B5">
        <w:rPr>
          <w:rFonts w:ascii="Times New Roman" w:hAnsi="Times New Roman" w:cs="Times New Roman"/>
          <w:bCs/>
        </w:rPr>
        <w:t>—2015</w:t>
      </w:r>
      <w:r w:rsidRPr="004D13B5">
        <w:rPr>
          <w:rFonts w:ascii="Times New Roman" w:hAnsi="Times New Roman" w:cs="Times New Roman"/>
          <w:bCs/>
        </w:rPr>
        <w:t>年</w:t>
      </w:r>
      <w:r w:rsidRPr="004D13B5">
        <w:rPr>
          <w:rFonts w:ascii="Times New Roman" w:hAnsi="Times New Roman" w:cs="Times New Roman"/>
          <w:bCs/>
        </w:rPr>
        <w:t>8</w:t>
      </w:r>
      <w:r w:rsidRPr="004D13B5">
        <w:rPr>
          <w:rFonts w:ascii="Times New Roman" w:hAnsi="Times New Roman" w:cs="Times New Roman"/>
          <w:bCs/>
        </w:rPr>
        <w:t>月，</w:t>
      </w:r>
      <w:r w:rsidRPr="004D13B5">
        <w:rPr>
          <w:rFonts w:ascii="Times New Roman" w:hAnsi="Times New Roman" w:cs="Times New Roman"/>
          <w:bCs/>
        </w:rPr>
        <w:t xml:space="preserve">IUBAT University </w:t>
      </w:r>
      <w:r w:rsidRPr="004D13B5">
        <w:rPr>
          <w:rFonts w:ascii="Times New Roman" w:hAnsi="Times New Roman" w:cs="Times New Roman"/>
          <w:bCs/>
        </w:rPr>
        <w:t>农业科学学院，助教。承担植物生理学实验课，并协助植物生态与作物气候学及环境科学课程。</w:t>
      </w:r>
    </w:p>
    <w:p w14:paraId="4A0BCDBE" w14:textId="77777777" w:rsidR="006E59EC" w:rsidRPr="004D13B5" w:rsidRDefault="00000000" w:rsidP="004D13B5">
      <w:pPr>
        <w:pStyle w:val="SectionCN"/>
        <w:keepNext/>
        <w:jc w:val="both"/>
        <w:rPr>
          <w:rFonts w:ascii="Times New Roman" w:hAnsi="Times New Roman" w:cs="Times New Roman"/>
        </w:rPr>
      </w:pPr>
      <w:r w:rsidRPr="004D13B5">
        <w:rPr>
          <w:rFonts w:ascii="Times New Roman" w:hAnsi="Times New Roman" w:cs="Times New Roman"/>
        </w:rPr>
        <w:t>三、主持或参与的科研项目</w:t>
      </w:r>
    </w:p>
    <w:p w14:paraId="41E0D12F" w14:textId="77777777" w:rsidR="006E59EC" w:rsidRPr="004D13B5" w:rsidRDefault="00000000" w:rsidP="004D13B5">
      <w:pPr>
        <w:pStyle w:val="Small"/>
        <w:ind w:left="283" w:hanging="283"/>
        <w:jc w:val="both"/>
        <w:rPr>
          <w:rFonts w:ascii="Times New Roman" w:hAnsi="Times New Roman" w:cs="Times New Roman"/>
          <w:bCs/>
        </w:rPr>
      </w:pPr>
      <w:r w:rsidRPr="004D13B5">
        <w:rPr>
          <w:rFonts w:ascii="Times New Roman" w:hAnsi="Times New Roman" w:cs="Times New Roman"/>
          <w:bCs/>
        </w:rPr>
        <w:t xml:space="preserve">1. </w:t>
      </w:r>
      <w:r w:rsidRPr="004D13B5">
        <w:rPr>
          <w:rFonts w:ascii="Times New Roman" w:hAnsi="Times New Roman" w:cs="Times New Roman"/>
          <w:bCs/>
        </w:rPr>
        <w:t>基于我国南亚热带森林生态系统服务功能维持机制研究探讨肯尼亚森林可持续性和恢复能力及对生计的影响（项目资助号：</w:t>
      </w:r>
      <w:r w:rsidRPr="004D13B5">
        <w:rPr>
          <w:rFonts w:ascii="Times New Roman" w:hAnsi="Times New Roman" w:cs="Times New Roman"/>
          <w:bCs/>
        </w:rPr>
        <w:t>31961143023</w:t>
      </w:r>
      <w:r w:rsidRPr="004D13B5">
        <w:rPr>
          <w:rFonts w:ascii="Times New Roman" w:hAnsi="Times New Roman" w:cs="Times New Roman"/>
          <w:bCs/>
        </w:rPr>
        <w:t>）。起止时间：</w:t>
      </w:r>
      <w:r w:rsidRPr="004D13B5">
        <w:rPr>
          <w:rFonts w:ascii="Times New Roman" w:hAnsi="Times New Roman" w:cs="Times New Roman"/>
          <w:bCs/>
        </w:rPr>
        <w:t>2024</w:t>
      </w:r>
      <w:r w:rsidRPr="004D13B5">
        <w:rPr>
          <w:rFonts w:ascii="Times New Roman" w:hAnsi="Times New Roman" w:cs="Times New Roman"/>
          <w:bCs/>
        </w:rPr>
        <w:t>年</w:t>
      </w:r>
      <w:r w:rsidRPr="004D13B5">
        <w:rPr>
          <w:rFonts w:ascii="Times New Roman" w:hAnsi="Times New Roman" w:cs="Times New Roman"/>
          <w:bCs/>
        </w:rPr>
        <w:t>12</w:t>
      </w:r>
      <w:r w:rsidRPr="004D13B5">
        <w:rPr>
          <w:rFonts w:ascii="Times New Roman" w:hAnsi="Times New Roman" w:cs="Times New Roman"/>
          <w:bCs/>
        </w:rPr>
        <w:t>月</w:t>
      </w:r>
      <w:r w:rsidRPr="004D13B5">
        <w:rPr>
          <w:rFonts w:ascii="Times New Roman" w:hAnsi="Times New Roman" w:cs="Times New Roman"/>
          <w:bCs/>
        </w:rPr>
        <w:t>—2028</w:t>
      </w:r>
      <w:r w:rsidRPr="004D13B5">
        <w:rPr>
          <w:rFonts w:ascii="Times New Roman" w:hAnsi="Times New Roman" w:cs="Times New Roman"/>
          <w:bCs/>
        </w:rPr>
        <w:t>年</w:t>
      </w:r>
      <w:r w:rsidRPr="004D13B5">
        <w:rPr>
          <w:rFonts w:ascii="Times New Roman" w:hAnsi="Times New Roman" w:cs="Times New Roman"/>
          <w:bCs/>
        </w:rPr>
        <w:t>11</w:t>
      </w:r>
      <w:r w:rsidRPr="004D13B5">
        <w:rPr>
          <w:rFonts w:ascii="Times New Roman" w:hAnsi="Times New Roman" w:cs="Times New Roman"/>
          <w:bCs/>
        </w:rPr>
        <w:t>月；项目来源：国家重点研发计划；金额：</w:t>
      </w:r>
      <w:r w:rsidRPr="004D13B5">
        <w:rPr>
          <w:rFonts w:ascii="Times New Roman" w:hAnsi="Times New Roman" w:cs="Times New Roman"/>
          <w:bCs/>
        </w:rPr>
        <w:t>305</w:t>
      </w:r>
      <w:r w:rsidRPr="004D13B5">
        <w:rPr>
          <w:rFonts w:ascii="Times New Roman" w:hAnsi="Times New Roman" w:cs="Times New Roman"/>
          <w:bCs/>
        </w:rPr>
        <w:t>万元；级别：国家级；是否结题：否；排名</w:t>
      </w:r>
      <w:r w:rsidRPr="004D13B5">
        <w:rPr>
          <w:rFonts w:ascii="Times New Roman" w:hAnsi="Times New Roman" w:cs="Times New Roman"/>
          <w:bCs/>
        </w:rPr>
        <w:t>/</w:t>
      </w:r>
      <w:r w:rsidRPr="004D13B5">
        <w:rPr>
          <w:rFonts w:ascii="Times New Roman" w:hAnsi="Times New Roman" w:cs="Times New Roman"/>
          <w:bCs/>
        </w:rPr>
        <w:t>角色：参与。</w:t>
      </w:r>
    </w:p>
    <w:p w14:paraId="346DF928" w14:textId="77777777" w:rsidR="006E59EC" w:rsidRPr="004D13B5" w:rsidRDefault="00000000" w:rsidP="004D13B5">
      <w:pPr>
        <w:pStyle w:val="Small"/>
        <w:ind w:left="283" w:hanging="283"/>
        <w:jc w:val="both"/>
        <w:rPr>
          <w:rFonts w:ascii="Times New Roman" w:hAnsi="Times New Roman" w:cs="Times New Roman"/>
          <w:bCs/>
        </w:rPr>
      </w:pPr>
      <w:r w:rsidRPr="004D13B5">
        <w:rPr>
          <w:rFonts w:ascii="Times New Roman" w:hAnsi="Times New Roman" w:cs="Times New Roman"/>
          <w:bCs/>
        </w:rPr>
        <w:t xml:space="preserve">2. </w:t>
      </w:r>
      <w:r w:rsidRPr="004D13B5">
        <w:rPr>
          <w:rFonts w:ascii="Times New Roman" w:hAnsi="Times New Roman" w:cs="Times New Roman"/>
          <w:bCs/>
        </w:rPr>
        <w:t>国家自然科学基金国际合作重点项目</w:t>
      </w:r>
      <w:r w:rsidRPr="004D13B5">
        <w:rPr>
          <w:rFonts w:ascii="Times New Roman" w:hAnsi="Times New Roman" w:cs="Times New Roman"/>
          <w:bCs/>
        </w:rPr>
        <w:t>“</w:t>
      </w:r>
      <w:r w:rsidRPr="004D13B5">
        <w:rPr>
          <w:rFonts w:ascii="Times New Roman" w:hAnsi="Times New Roman" w:cs="Times New Roman"/>
          <w:bCs/>
        </w:rPr>
        <w:t>基于我国南亚热带森林生态系统服务功能维持机制研究探讨肯尼亚森林可持续性和恢复能力及对生计的影响</w:t>
      </w:r>
      <w:r w:rsidRPr="004D13B5">
        <w:rPr>
          <w:rFonts w:ascii="Times New Roman" w:hAnsi="Times New Roman" w:cs="Times New Roman"/>
          <w:bCs/>
        </w:rPr>
        <w:t>”</w:t>
      </w:r>
      <w:r w:rsidRPr="004D13B5">
        <w:rPr>
          <w:rFonts w:ascii="Times New Roman" w:hAnsi="Times New Roman" w:cs="Times New Roman"/>
          <w:bCs/>
        </w:rPr>
        <w:t>（项目资助号：</w:t>
      </w:r>
      <w:r w:rsidRPr="004D13B5">
        <w:rPr>
          <w:rFonts w:ascii="Times New Roman" w:hAnsi="Times New Roman" w:cs="Times New Roman"/>
          <w:bCs/>
        </w:rPr>
        <w:t>31961143023</w:t>
      </w:r>
      <w:r w:rsidRPr="004D13B5">
        <w:rPr>
          <w:rFonts w:ascii="Times New Roman" w:hAnsi="Times New Roman" w:cs="Times New Roman"/>
          <w:bCs/>
        </w:rPr>
        <w:t>）。起止时间：</w:t>
      </w:r>
      <w:r w:rsidRPr="004D13B5">
        <w:rPr>
          <w:rFonts w:ascii="Times New Roman" w:hAnsi="Times New Roman" w:cs="Times New Roman"/>
          <w:bCs/>
        </w:rPr>
        <w:t>2020</w:t>
      </w:r>
      <w:r w:rsidRPr="004D13B5">
        <w:rPr>
          <w:rFonts w:ascii="Times New Roman" w:hAnsi="Times New Roman" w:cs="Times New Roman"/>
          <w:bCs/>
        </w:rPr>
        <w:t>年</w:t>
      </w:r>
      <w:r w:rsidRPr="004D13B5">
        <w:rPr>
          <w:rFonts w:ascii="Times New Roman" w:hAnsi="Times New Roman" w:cs="Times New Roman"/>
          <w:bCs/>
        </w:rPr>
        <w:t>1</w:t>
      </w:r>
      <w:r w:rsidRPr="004D13B5">
        <w:rPr>
          <w:rFonts w:ascii="Times New Roman" w:hAnsi="Times New Roman" w:cs="Times New Roman"/>
          <w:bCs/>
        </w:rPr>
        <w:t>月</w:t>
      </w:r>
      <w:r w:rsidRPr="004D13B5">
        <w:rPr>
          <w:rFonts w:ascii="Times New Roman" w:hAnsi="Times New Roman" w:cs="Times New Roman"/>
          <w:bCs/>
        </w:rPr>
        <w:t>—2024</w:t>
      </w:r>
      <w:r w:rsidRPr="004D13B5">
        <w:rPr>
          <w:rFonts w:ascii="Times New Roman" w:hAnsi="Times New Roman" w:cs="Times New Roman"/>
          <w:bCs/>
        </w:rPr>
        <w:t>年</w:t>
      </w:r>
      <w:r w:rsidRPr="004D13B5">
        <w:rPr>
          <w:rFonts w:ascii="Times New Roman" w:hAnsi="Times New Roman" w:cs="Times New Roman"/>
          <w:bCs/>
        </w:rPr>
        <w:t>12</w:t>
      </w:r>
      <w:r w:rsidRPr="004D13B5">
        <w:rPr>
          <w:rFonts w:ascii="Times New Roman" w:hAnsi="Times New Roman" w:cs="Times New Roman"/>
          <w:bCs/>
        </w:rPr>
        <w:t>月；项目来源：国家自然科学基金委员会；金额：</w:t>
      </w:r>
      <w:r w:rsidRPr="004D13B5">
        <w:rPr>
          <w:rFonts w:ascii="Times New Roman" w:hAnsi="Times New Roman" w:cs="Times New Roman"/>
          <w:bCs/>
        </w:rPr>
        <w:t>300</w:t>
      </w:r>
      <w:r w:rsidRPr="004D13B5">
        <w:rPr>
          <w:rFonts w:ascii="Times New Roman" w:hAnsi="Times New Roman" w:cs="Times New Roman"/>
          <w:bCs/>
        </w:rPr>
        <w:t>万元；级别：国家级；是否结题：是；排名</w:t>
      </w:r>
      <w:r w:rsidRPr="004D13B5">
        <w:rPr>
          <w:rFonts w:ascii="Times New Roman" w:hAnsi="Times New Roman" w:cs="Times New Roman"/>
          <w:bCs/>
        </w:rPr>
        <w:t>/</w:t>
      </w:r>
      <w:r w:rsidRPr="004D13B5">
        <w:rPr>
          <w:rFonts w:ascii="Times New Roman" w:hAnsi="Times New Roman" w:cs="Times New Roman"/>
          <w:bCs/>
        </w:rPr>
        <w:t>角色：参与。</w:t>
      </w:r>
    </w:p>
    <w:p w14:paraId="79FC49FF" w14:textId="77777777" w:rsidR="006E59EC" w:rsidRPr="004D13B5" w:rsidRDefault="00000000" w:rsidP="004D13B5">
      <w:pPr>
        <w:pStyle w:val="Small"/>
        <w:ind w:left="283" w:hanging="283"/>
        <w:jc w:val="both"/>
        <w:rPr>
          <w:rFonts w:ascii="Times New Roman" w:hAnsi="Times New Roman" w:cs="Times New Roman"/>
          <w:bCs/>
        </w:rPr>
      </w:pPr>
      <w:r w:rsidRPr="004D13B5">
        <w:rPr>
          <w:rFonts w:ascii="Times New Roman" w:hAnsi="Times New Roman" w:cs="Times New Roman"/>
          <w:bCs/>
        </w:rPr>
        <w:t xml:space="preserve">3. </w:t>
      </w:r>
      <w:r w:rsidRPr="004D13B5">
        <w:rPr>
          <w:rFonts w:ascii="Times New Roman" w:hAnsi="Times New Roman" w:cs="Times New Roman"/>
          <w:bCs/>
        </w:rPr>
        <w:t>广东省森林质量精准提升成效监测与评价技术服务。起止时间：</w:t>
      </w:r>
      <w:r w:rsidRPr="004D13B5">
        <w:rPr>
          <w:rFonts w:ascii="Times New Roman" w:hAnsi="Times New Roman" w:cs="Times New Roman"/>
          <w:bCs/>
        </w:rPr>
        <w:t>2025</w:t>
      </w:r>
      <w:r w:rsidRPr="004D13B5">
        <w:rPr>
          <w:rFonts w:ascii="Times New Roman" w:hAnsi="Times New Roman" w:cs="Times New Roman"/>
          <w:bCs/>
        </w:rPr>
        <w:t>年</w:t>
      </w:r>
      <w:r w:rsidRPr="004D13B5">
        <w:rPr>
          <w:rFonts w:ascii="Times New Roman" w:hAnsi="Times New Roman" w:cs="Times New Roman"/>
          <w:bCs/>
        </w:rPr>
        <w:t>7</w:t>
      </w:r>
      <w:r w:rsidRPr="004D13B5">
        <w:rPr>
          <w:rFonts w:ascii="Times New Roman" w:hAnsi="Times New Roman" w:cs="Times New Roman"/>
          <w:bCs/>
        </w:rPr>
        <w:t>月</w:t>
      </w:r>
      <w:r w:rsidRPr="004D13B5">
        <w:rPr>
          <w:rFonts w:ascii="Times New Roman" w:hAnsi="Times New Roman" w:cs="Times New Roman"/>
          <w:bCs/>
        </w:rPr>
        <w:t>—2026</w:t>
      </w:r>
      <w:r w:rsidRPr="004D13B5">
        <w:rPr>
          <w:rFonts w:ascii="Times New Roman" w:hAnsi="Times New Roman" w:cs="Times New Roman"/>
          <w:bCs/>
        </w:rPr>
        <w:t>年</w:t>
      </w:r>
      <w:r w:rsidRPr="004D13B5">
        <w:rPr>
          <w:rFonts w:ascii="Times New Roman" w:hAnsi="Times New Roman" w:cs="Times New Roman"/>
          <w:bCs/>
        </w:rPr>
        <w:t>12</w:t>
      </w:r>
      <w:r w:rsidRPr="004D13B5">
        <w:rPr>
          <w:rFonts w:ascii="Times New Roman" w:hAnsi="Times New Roman" w:cs="Times New Roman"/>
          <w:bCs/>
        </w:rPr>
        <w:t>月；项目来源：广东省林业调查规划院；金额：</w:t>
      </w:r>
      <w:r w:rsidRPr="004D13B5">
        <w:rPr>
          <w:rFonts w:ascii="Times New Roman" w:hAnsi="Times New Roman" w:cs="Times New Roman"/>
          <w:bCs/>
        </w:rPr>
        <w:t>79.9</w:t>
      </w:r>
      <w:r w:rsidRPr="004D13B5">
        <w:rPr>
          <w:rFonts w:ascii="Times New Roman" w:hAnsi="Times New Roman" w:cs="Times New Roman"/>
          <w:bCs/>
        </w:rPr>
        <w:t>万元；级别：省级</w:t>
      </w:r>
      <w:r w:rsidRPr="004D13B5">
        <w:rPr>
          <w:rFonts w:ascii="Times New Roman" w:hAnsi="Times New Roman" w:cs="Times New Roman"/>
          <w:bCs/>
        </w:rPr>
        <w:t>/</w:t>
      </w:r>
      <w:r w:rsidRPr="004D13B5">
        <w:rPr>
          <w:rFonts w:ascii="Times New Roman" w:hAnsi="Times New Roman" w:cs="Times New Roman"/>
          <w:bCs/>
        </w:rPr>
        <w:t>横向项目；是否结题：否；排名</w:t>
      </w:r>
      <w:r w:rsidRPr="004D13B5">
        <w:rPr>
          <w:rFonts w:ascii="Times New Roman" w:hAnsi="Times New Roman" w:cs="Times New Roman"/>
          <w:bCs/>
        </w:rPr>
        <w:t>/</w:t>
      </w:r>
      <w:r w:rsidRPr="004D13B5">
        <w:rPr>
          <w:rFonts w:ascii="Times New Roman" w:hAnsi="Times New Roman" w:cs="Times New Roman"/>
          <w:bCs/>
        </w:rPr>
        <w:t>角色：参与。</w:t>
      </w:r>
    </w:p>
    <w:p w14:paraId="5EAFAD00" w14:textId="77777777" w:rsidR="006E59EC" w:rsidRPr="004D13B5" w:rsidRDefault="00000000" w:rsidP="004D13B5">
      <w:pPr>
        <w:pStyle w:val="Small"/>
        <w:ind w:left="283" w:hanging="283"/>
        <w:jc w:val="both"/>
        <w:rPr>
          <w:rFonts w:ascii="Times New Roman" w:hAnsi="Times New Roman" w:cs="Times New Roman"/>
          <w:bCs/>
        </w:rPr>
      </w:pPr>
      <w:r w:rsidRPr="004D13B5">
        <w:rPr>
          <w:rFonts w:ascii="Times New Roman" w:hAnsi="Times New Roman" w:cs="Times New Roman"/>
          <w:bCs/>
        </w:rPr>
        <w:t xml:space="preserve">4. </w:t>
      </w:r>
      <w:r w:rsidRPr="004D13B5">
        <w:rPr>
          <w:rFonts w:ascii="Times New Roman" w:hAnsi="Times New Roman" w:cs="Times New Roman"/>
          <w:bCs/>
        </w:rPr>
        <w:t>科技产业化项目（</w:t>
      </w:r>
      <w:r w:rsidRPr="004D13B5">
        <w:rPr>
          <w:rFonts w:ascii="Times New Roman" w:hAnsi="Times New Roman" w:cs="Times New Roman"/>
          <w:bCs/>
        </w:rPr>
        <w:t>GTH[2020]No.17</w:t>
      </w:r>
      <w:r w:rsidRPr="004D13B5">
        <w:rPr>
          <w:rFonts w:ascii="Times New Roman" w:hAnsi="Times New Roman" w:cs="Times New Roman"/>
          <w:bCs/>
        </w:rPr>
        <w:t>）。起止时间：</w:t>
      </w:r>
      <w:r w:rsidRPr="004D13B5">
        <w:rPr>
          <w:rFonts w:ascii="Times New Roman" w:hAnsi="Times New Roman" w:cs="Times New Roman"/>
          <w:bCs/>
        </w:rPr>
        <w:t>2021—2023</w:t>
      </w:r>
      <w:r w:rsidRPr="004D13B5">
        <w:rPr>
          <w:rFonts w:ascii="Times New Roman" w:hAnsi="Times New Roman" w:cs="Times New Roman"/>
          <w:bCs/>
        </w:rPr>
        <w:t>年；项目来源：河南省政府；金额：</w:t>
      </w:r>
      <w:r w:rsidRPr="004D13B5">
        <w:rPr>
          <w:rFonts w:ascii="Times New Roman" w:hAnsi="Times New Roman" w:cs="Times New Roman"/>
          <w:bCs/>
        </w:rPr>
        <w:t>80.0</w:t>
      </w:r>
      <w:r w:rsidRPr="004D13B5">
        <w:rPr>
          <w:rFonts w:ascii="Times New Roman" w:hAnsi="Times New Roman" w:cs="Times New Roman"/>
          <w:bCs/>
        </w:rPr>
        <w:t>万元；级别：省级；是否结题：是；排名</w:t>
      </w:r>
      <w:r w:rsidRPr="004D13B5">
        <w:rPr>
          <w:rFonts w:ascii="Times New Roman" w:hAnsi="Times New Roman" w:cs="Times New Roman"/>
          <w:bCs/>
        </w:rPr>
        <w:t>/</w:t>
      </w:r>
      <w:r w:rsidRPr="004D13B5">
        <w:rPr>
          <w:rFonts w:ascii="Times New Roman" w:hAnsi="Times New Roman" w:cs="Times New Roman"/>
          <w:bCs/>
        </w:rPr>
        <w:t>角色：参与。</w:t>
      </w:r>
    </w:p>
    <w:p w14:paraId="31C18AF6" w14:textId="77777777" w:rsidR="006E59EC" w:rsidRPr="004D13B5" w:rsidRDefault="00000000" w:rsidP="004D13B5">
      <w:pPr>
        <w:pStyle w:val="SectionCN"/>
        <w:keepNext/>
        <w:jc w:val="both"/>
        <w:rPr>
          <w:rFonts w:ascii="Times New Roman" w:hAnsi="Times New Roman" w:cs="Times New Roman"/>
        </w:rPr>
      </w:pPr>
      <w:r w:rsidRPr="004D13B5">
        <w:rPr>
          <w:rFonts w:ascii="Times New Roman" w:hAnsi="Times New Roman" w:cs="Times New Roman"/>
        </w:rPr>
        <w:t>四、学术成果（已发表期刊论文）</w:t>
      </w:r>
    </w:p>
    <w:p w14:paraId="68FCCBCB" w14:textId="77777777" w:rsidR="006E59EC" w:rsidRPr="004D13B5" w:rsidRDefault="00000000" w:rsidP="004D13B5">
      <w:pPr>
        <w:pStyle w:val="Small"/>
        <w:jc w:val="both"/>
        <w:rPr>
          <w:rFonts w:ascii="Times New Roman" w:hAnsi="Times New Roman" w:cs="Times New Roman"/>
          <w:bCs/>
        </w:rPr>
      </w:pPr>
      <w:r w:rsidRPr="004D13B5">
        <w:rPr>
          <w:rFonts w:ascii="Times New Roman" w:hAnsi="Times New Roman" w:cs="Times New Roman"/>
          <w:bCs/>
        </w:rPr>
        <w:t>主要围绕植物水肥耦合、植物逆境适应、根际微生物、森林生态与土壤生物地球化学开展研究。已发表的</w:t>
      </w:r>
      <w:r w:rsidRPr="004D13B5">
        <w:rPr>
          <w:rFonts w:ascii="Times New Roman" w:hAnsi="Times New Roman" w:cs="Times New Roman"/>
          <w:bCs/>
        </w:rPr>
        <w:t>17</w:t>
      </w:r>
      <w:r w:rsidRPr="004D13B5">
        <w:rPr>
          <w:rFonts w:ascii="Times New Roman" w:hAnsi="Times New Roman" w:cs="Times New Roman"/>
          <w:bCs/>
        </w:rPr>
        <w:t>篇同行评议期刊论文如下：</w:t>
      </w:r>
    </w:p>
    <w:p w14:paraId="19C87BC0" w14:textId="0D90F8AE" w:rsidR="008943E1" w:rsidRDefault="008943E1" w:rsidP="008943E1">
      <w:pPr>
        <w:pStyle w:val="Small"/>
        <w:numPr>
          <w:ilvl w:val="0"/>
          <w:numId w:val="10"/>
        </w:numPr>
        <w:jc w:val="both"/>
        <w:rPr>
          <w:rFonts w:ascii="Times New Roman" w:hAnsi="Times New Roman" w:cs="Times New Roman"/>
          <w:bCs/>
        </w:rPr>
      </w:pPr>
      <w:proofErr w:type="spellStart"/>
      <w:r w:rsidRPr="008943E1">
        <w:rPr>
          <w:rFonts w:ascii="Times New Roman" w:hAnsi="Times New Roman" w:cs="Times New Roman"/>
          <w:bCs/>
        </w:rPr>
        <w:t>Wyckliffe</w:t>
      </w:r>
      <w:proofErr w:type="spellEnd"/>
      <w:r w:rsidRPr="008943E1">
        <w:rPr>
          <w:rFonts w:ascii="Times New Roman" w:hAnsi="Times New Roman" w:cs="Times New Roman"/>
          <w:bCs/>
        </w:rPr>
        <w:t xml:space="preserve"> </w:t>
      </w:r>
      <w:proofErr w:type="spellStart"/>
      <w:r w:rsidRPr="008943E1">
        <w:rPr>
          <w:rFonts w:ascii="Times New Roman" w:hAnsi="Times New Roman" w:cs="Times New Roman"/>
          <w:bCs/>
        </w:rPr>
        <w:t>Ayoma</w:t>
      </w:r>
      <w:proofErr w:type="spellEnd"/>
      <w:r w:rsidRPr="008943E1">
        <w:rPr>
          <w:rFonts w:ascii="Times New Roman" w:hAnsi="Times New Roman" w:cs="Times New Roman"/>
          <w:bCs/>
        </w:rPr>
        <w:t xml:space="preserve"> Ochieng, Brian Mwangi Njoroge, Vincent Ochieng Suba, Hui Mo, Emily Achieng Oluoch, Sohel Rana, Okechukwu Uzoma Iheme, </w:t>
      </w:r>
      <w:proofErr w:type="spellStart"/>
      <w:r w:rsidRPr="008943E1">
        <w:rPr>
          <w:rFonts w:ascii="Times New Roman" w:hAnsi="Times New Roman" w:cs="Times New Roman"/>
          <w:bCs/>
        </w:rPr>
        <w:t>Mengmeng</w:t>
      </w:r>
      <w:proofErr w:type="spellEnd"/>
      <w:r w:rsidRPr="008943E1">
        <w:rPr>
          <w:rFonts w:ascii="Times New Roman" w:hAnsi="Times New Roman" w:cs="Times New Roman"/>
          <w:bCs/>
        </w:rPr>
        <w:t xml:space="preserve"> Yang, </w:t>
      </w:r>
      <w:proofErr w:type="spellStart"/>
      <w:r w:rsidRPr="008943E1">
        <w:rPr>
          <w:rFonts w:ascii="Times New Roman" w:hAnsi="Times New Roman" w:cs="Times New Roman"/>
          <w:bCs/>
        </w:rPr>
        <w:t>Ekpoanwan</w:t>
      </w:r>
      <w:proofErr w:type="spellEnd"/>
      <w:r w:rsidRPr="008943E1">
        <w:rPr>
          <w:rFonts w:ascii="Times New Roman" w:hAnsi="Times New Roman" w:cs="Times New Roman"/>
          <w:bCs/>
        </w:rPr>
        <w:t xml:space="preserve"> Alfred Bassey, Ayesha Akter, Guowei Chu, &amp; </w:t>
      </w:r>
      <w:proofErr w:type="spellStart"/>
      <w:r w:rsidRPr="008943E1">
        <w:rPr>
          <w:rFonts w:ascii="Times New Roman" w:hAnsi="Times New Roman" w:cs="Times New Roman"/>
          <w:bCs/>
        </w:rPr>
        <w:t>Yuelin</w:t>
      </w:r>
      <w:proofErr w:type="spellEnd"/>
      <w:r w:rsidRPr="008943E1">
        <w:rPr>
          <w:rFonts w:ascii="Times New Roman" w:hAnsi="Times New Roman" w:cs="Times New Roman"/>
          <w:bCs/>
        </w:rPr>
        <w:t xml:space="preserve"> Li (2026). Interactive effects of forest succession and seasonal hydrology on heavy metal accumulation and ecological risk in subtropical forest soils. Environmental Geochemistry and Health, 48(9), Article 390. </w:t>
      </w:r>
      <w:hyperlink r:id="rId9" w:history="1">
        <w:r w:rsidRPr="004F54E7">
          <w:rPr>
            <w:rStyle w:val="Hyperlink"/>
            <w:rFonts w:ascii="Times New Roman" w:hAnsi="Times New Roman" w:cs="Times New Roman"/>
            <w:bCs/>
          </w:rPr>
          <w:t>https://doi.org/10.1007/s10653-026-03280-y</w:t>
        </w:r>
      </w:hyperlink>
      <w:r w:rsidRPr="008943E1">
        <w:rPr>
          <w:rFonts w:ascii="Times New Roman" w:hAnsi="Times New Roman" w:cs="Times New Roman"/>
          <w:bCs/>
        </w:rPr>
        <w:t>.</w:t>
      </w:r>
    </w:p>
    <w:p w14:paraId="326D2330" w14:textId="7FA937A4" w:rsidR="00B11655" w:rsidRPr="004D13B5" w:rsidRDefault="00B11655" w:rsidP="008943E1">
      <w:pPr>
        <w:pStyle w:val="Small"/>
        <w:numPr>
          <w:ilvl w:val="0"/>
          <w:numId w:val="10"/>
        </w:numPr>
        <w:jc w:val="both"/>
        <w:rPr>
          <w:rFonts w:ascii="Times New Roman" w:hAnsi="Times New Roman" w:cs="Times New Roman"/>
          <w:bCs/>
        </w:rPr>
      </w:pPr>
      <w:r w:rsidRPr="004D13B5">
        <w:rPr>
          <w:rFonts w:ascii="Times New Roman" w:hAnsi="Times New Roman" w:cs="Times New Roman"/>
          <w:bCs/>
        </w:rPr>
        <w:t xml:space="preserve">Sohel Rana, Razia Sultana Jemim, Zhi Li, </w:t>
      </w:r>
      <w:proofErr w:type="spellStart"/>
      <w:r w:rsidRPr="004D13B5">
        <w:rPr>
          <w:rFonts w:ascii="Times New Roman" w:hAnsi="Times New Roman" w:cs="Times New Roman"/>
          <w:bCs/>
        </w:rPr>
        <w:t>Qifei</w:t>
      </w:r>
      <w:proofErr w:type="spellEnd"/>
      <w:r w:rsidRPr="004D13B5">
        <w:rPr>
          <w:rFonts w:ascii="Times New Roman" w:hAnsi="Times New Roman" w:cs="Times New Roman"/>
          <w:bCs/>
        </w:rPr>
        <w:t xml:space="preserve"> Cai, Xiaodong Geng, Yanmei Wang, &amp; Zhen Liu* (2026). Water as the Non-Negotiable Prerequisite: Conditioning Fertilizer Efficacy and Phenotypic Acclimation in </w:t>
      </w:r>
      <w:proofErr w:type="spellStart"/>
      <w:r w:rsidR="00E033DD" w:rsidRPr="00E033DD">
        <w:rPr>
          <w:rFonts w:ascii="Times New Roman" w:hAnsi="Times New Roman" w:cs="Times New Roman"/>
          <w:i/>
          <w:iCs/>
        </w:rPr>
        <w:t>Idesia</w:t>
      </w:r>
      <w:proofErr w:type="spellEnd"/>
      <w:r w:rsidR="00E033DD" w:rsidRPr="00E033DD">
        <w:rPr>
          <w:rFonts w:ascii="Times New Roman" w:hAnsi="Times New Roman" w:cs="Times New Roman"/>
          <w:i/>
          <w:iCs/>
        </w:rPr>
        <w:t xml:space="preserve"> </w:t>
      </w:r>
      <w:proofErr w:type="spellStart"/>
      <w:r w:rsidR="00E033DD" w:rsidRPr="00E033DD">
        <w:rPr>
          <w:rFonts w:ascii="Times New Roman" w:hAnsi="Times New Roman" w:cs="Times New Roman"/>
          <w:i/>
          <w:iCs/>
        </w:rPr>
        <w:t>polycarpa</w:t>
      </w:r>
      <w:proofErr w:type="spellEnd"/>
      <w:r w:rsidRPr="004D13B5">
        <w:rPr>
          <w:rFonts w:ascii="Times New Roman" w:hAnsi="Times New Roman" w:cs="Times New Roman"/>
          <w:bCs/>
        </w:rPr>
        <w:t xml:space="preserve"> Seedlings. Plant and Soil, 522, 423–446. </w:t>
      </w:r>
      <w:hyperlink r:id="rId10" w:history="1">
        <w:r w:rsidRPr="00F566E0">
          <w:rPr>
            <w:rStyle w:val="Hyperlink"/>
            <w:rFonts w:ascii="Times New Roman" w:hAnsi="Times New Roman" w:cs="Times New Roman"/>
            <w:bCs/>
          </w:rPr>
          <w:t>https://doi.org/10.1007/s11104-026-08521-8</w:t>
        </w:r>
      </w:hyperlink>
      <w:r w:rsidRPr="004D13B5">
        <w:rPr>
          <w:rFonts w:ascii="Times New Roman" w:hAnsi="Times New Roman" w:cs="Times New Roman"/>
          <w:bCs/>
        </w:rPr>
        <w:t>.</w:t>
      </w:r>
    </w:p>
    <w:p w14:paraId="1FEBB17F" w14:textId="08C4C58E" w:rsidR="00B11655" w:rsidRPr="004D13B5" w:rsidRDefault="00B11655" w:rsidP="008943E1">
      <w:pPr>
        <w:pStyle w:val="Small"/>
        <w:numPr>
          <w:ilvl w:val="0"/>
          <w:numId w:val="10"/>
        </w:numPr>
        <w:jc w:val="both"/>
        <w:rPr>
          <w:rFonts w:ascii="Times New Roman" w:hAnsi="Times New Roman" w:cs="Times New Roman"/>
          <w:bCs/>
        </w:rPr>
      </w:pPr>
      <w:r w:rsidRPr="004D13B5">
        <w:rPr>
          <w:rFonts w:ascii="Times New Roman" w:hAnsi="Times New Roman" w:cs="Times New Roman"/>
          <w:bCs/>
        </w:rPr>
        <w:t xml:space="preserve">2. Brian Njoroge Mwangi, </w:t>
      </w:r>
      <w:proofErr w:type="spellStart"/>
      <w:r w:rsidRPr="004D13B5">
        <w:rPr>
          <w:rFonts w:ascii="Times New Roman" w:hAnsi="Times New Roman" w:cs="Times New Roman"/>
          <w:bCs/>
        </w:rPr>
        <w:t>Wyckliffe</w:t>
      </w:r>
      <w:proofErr w:type="spellEnd"/>
      <w:r w:rsidRPr="004D13B5">
        <w:rPr>
          <w:rFonts w:ascii="Times New Roman" w:hAnsi="Times New Roman" w:cs="Times New Roman"/>
          <w:bCs/>
        </w:rPr>
        <w:t xml:space="preserve"> </w:t>
      </w:r>
      <w:proofErr w:type="spellStart"/>
      <w:r w:rsidRPr="004D13B5">
        <w:rPr>
          <w:rFonts w:ascii="Times New Roman" w:hAnsi="Times New Roman" w:cs="Times New Roman"/>
          <w:bCs/>
        </w:rPr>
        <w:t>Ayoma</w:t>
      </w:r>
      <w:proofErr w:type="spellEnd"/>
      <w:r w:rsidRPr="004D13B5">
        <w:rPr>
          <w:rFonts w:ascii="Times New Roman" w:hAnsi="Times New Roman" w:cs="Times New Roman"/>
          <w:bCs/>
        </w:rPr>
        <w:t xml:space="preserve">, </w:t>
      </w:r>
      <w:proofErr w:type="spellStart"/>
      <w:r w:rsidRPr="004D13B5">
        <w:rPr>
          <w:rFonts w:ascii="Times New Roman" w:hAnsi="Times New Roman" w:cs="Times New Roman"/>
          <w:bCs/>
        </w:rPr>
        <w:t>Yuelin</w:t>
      </w:r>
      <w:proofErr w:type="spellEnd"/>
      <w:r w:rsidRPr="004D13B5">
        <w:rPr>
          <w:rFonts w:ascii="Times New Roman" w:hAnsi="Times New Roman" w:cs="Times New Roman"/>
          <w:bCs/>
        </w:rPr>
        <w:t xml:space="preserve"> Li*, L. Adrian Bruijnzeel, </w:t>
      </w:r>
      <w:proofErr w:type="spellStart"/>
      <w:r w:rsidRPr="004D13B5">
        <w:rPr>
          <w:rFonts w:ascii="Times New Roman" w:hAnsi="Times New Roman" w:cs="Times New Roman"/>
          <w:bCs/>
        </w:rPr>
        <w:t>Juxiu</w:t>
      </w:r>
      <w:proofErr w:type="spellEnd"/>
      <w:r w:rsidRPr="004D13B5">
        <w:rPr>
          <w:rFonts w:ascii="Times New Roman" w:hAnsi="Times New Roman" w:cs="Times New Roman"/>
          <w:bCs/>
        </w:rPr>
        <w:t xml:space="preserve"> Liu, Jian Zhang, Dennis Otieno, Lawrence Sikuku, Ming Yang, Victor Suba, Ochieng E. Achieng, Innocent Okechukwu, Akter </w:t>
      </w:r>
      <w:proofErr w:type="spellStart"/>
      <w:r w:rsidRPr="004D13B5">
        <w:rPr>
          <w:rFonts w:ascii="Times New Roman" w:hAnsi="Times New Roman" w:cs="Times New Roman"/>
          <w:bCs/>
        </w:rPr>
        <w:t>Akter</w:t>
      </w:r>
      <w:proofErr w:type="spellEnd"/>
      <w:r w:rsidRPr="004D13B5">
        <w:rPr>
          <w:rFonts w:ascii="Times New Roman" w:hAnsi="Times New Roman" w:cs="Times New Roman"/>
          <w:bCs/>
        </w:rPr>
        <w:t xml:space="preserve">, Sohel Rana, </w:t>
      </w:r>
      <w:proofErr w:type="spellStart"/>
      <w:r w:rsidRPr="004D13B5">
        <w:rPr>
          <w:rFonts w:ascii="Times New Roman" w:hAnsi="Times New Roman" w:cs="Times New Roman"/>
          <w:bCs/>
        </w:rPr>
        <w:t>Guangyu</w:t>
      </w:r>
      <w:proofErr w:type="spellEnd"/>
      <w:r w:rsidRPr="004D13B5">
        <w:rPr>
          <w:rFonts w:ascii="Times New Roman" w:hAnsi="Times New Roman" w:cs="Times New Roman"/>
          <w:bCs/>
        </w:rPr>
        <w:t xml:space="preserve"> Chu, </w:t>
      </w:r>
      <w:proofErr w:type="spellStart"/>
      <w:r w:rsidRPr="004D13B5">
        <w:rPr>
          <w:rFonts w:ascii="Times New Roman" w:hAnsi="Times New Roman" w:cs="Times New Roman"/>
          <w:bCs/>
        </w:rPr>
        <w:t>Qianmei</w:t>
      </w:r>
      <w:proofErr w:type="spellEnd"/>
      <w:r w:rsidRPr="004D13B5">
        <w:rPr>
          <w:rFonts w:ascii="Times New Roman" w:hAnsi="Times New Roman" w:cs="Times New Roman"/>
          <w:bCs/>
        </w:rPr>
        <w:t xml:space="preserve"> Zhang, Xiaolan Tang, </w:t>
      </w:r>
      <w:proofErr w:type="spellStart"/>
      <w:r w:rsidRPr="004D13B5">
        <w:rPr>
          <w:rFonts w:ascii="Times New Roman" w:hAnsi="Times New Roman" w:cs="Times New Roman"/>
          <w:bCs/>
        </w:rPr>
        <w:t>Zhaoliang</w:t>
      </w:r>
      <w:proofErr w:type="spellEnd"/>
      <w:r w:rsidRPr="004D13B5">
        <w:rPr>
          <w:rFonts w:ascii="Times New Roman" w:hAnsi="Times New Roman" w:cs="Times New Roman"/>
          <w:bCs/>
        </w:rPr>
        <w:t xml:space="preserve"> Meng, &amp; </w:t>
      </w:r>
      <w:proofErr w:type="spellStart"/>
      <w:r w:rsidRPr="004D13B5">
        <w:rPr>
          <w:rFonts w:ascii="Times New Roman" w:hAnsi="Times New Roman" w:cs="Times New Roman"/>
          <w:bCs/>
        </w:rPr>
        <w:t>Deqiang</w:t>
      </w:r>
      <w:proofErr w:type="spellEnd"/>
      <w:r w:rsidRPr="004D13B5">
        <w:rPr>
          <w:rFonts w:ascii="Times New Roman" w:hAnsi="Times New Roman" w:cs="Times New Roman"/>
          <w:bCs/>
        </w:rPr>
        <w:t xml:space="preserve"> Zhang (2025). Drought-driven declines in water-use efficiency reshape carbon dynamics of a subtropical forest. Ecological Processes, 14, 73. </w:t>
      </w:r>
      <w:hyperlink r:id="rId11" w:history="1">
        <w:r w:rsidRPr="005D1460">
          <w:rPr>
            <w:rStyle w:val="Hyperlink"/>
            <w:rFonts w:ascii="Times New Roman" w:hAnsi="Times New Roman" w:cs="Times New Roman"/>
            <w:bCs/>
          </w:rPr>
          <w:t>https://doi.org/10.1186/s13717-025-00629-6</w:t>
        </w:r>
      </w:hyperlink>
      <w:r w:rsidRPr="004D13B5">
        <w:rPr>
          <w:rFonts w:ascii="Times New Roman" w:hAnsi="Times New Roman" w:cs="Times New Roman"/>
          <w:bCs/>
        </w:rPr>
        <w:t>.</w:t>
      </w:r>
    </w:p>
    <w:p w14:paraId="30050C6F" w14:textId="50492740" w:rsidR="00B11655" w:rsidRPr="004D13B5" w:rsidRDefault="00B11655" w:rsidP="008943E1">
      <w:pPr>
        <w:pStyle w:val="Small"/>
        <w:numPr>
          <w:ilvl w:val="0"/>
          <w:numId w:val="10"/>
        </w:numPr>
        <w:jc w:val="both"/>
        <w:rPr>
          <w:rFonts w:ascii="Times New Roman" w:hAnsi="Times New Roman" w:cs="Times New Roman"/>
          <w:bCs/>
        </w:rPr>
      </w:pPr>
      <w:r w:rsidRPr="004D13B5">
        <w:rPr>
          <w:rFonts w:ascii="Times New Roman" w:hAnsi="Times New Roman" w:cs="Times New Roman"/>
          <w:bCs/>
        </w:rPr>
        <w:t xml:space="preserve">3. Zhi Li, </w:t>
      </w:r>
      <w:proofErr w:type="spellStart"/>
      <w:r w:rsidRPr="004D13B5">
        <w:rPr>
          <w:rFonts w:ascii="Times New Roman" w:hAnsi="Times New Roman" w:cs="Times New Roman"/>
          <w:bCs/>
        </w:rPr>
        <w:t>Qiupeng</w:t>
      </w:r>
      <w:proofErr w:type="spellEnd"/>
      <w:r w:rsidRPr="004D13B5">
        <w:rPr>
          <w:rFonts w:ascii="Times New Roman" w:hAnsi="Times New Roman" w:cs="Times New Roman"/>
          <w:bCs/>
        </w:rPr>
        <w:t xml:space="preserve"> Yuan, Shasha Wang, Tao Zhang, Yanmei Wang, </w:t>
      </w:r>
      <w:proofErr w:type="spellStart"/>
      <w:r w:rsidRPr="004D13B5">
        <w:rPr>
          <w:rFonts w:ascii="Times New Roman" w:hAnsi="Times New Roman" w:cs="Times New Roman"/>
          <w:bCs/>
        </w:rPr>
        <w:t>Qifei</w:t>
      </w:r>
      <w:proofErr w:type="spellEnd"/>
      <w:r w:rsidRPr="004D13B5">
        <w:rPr>
          <w:rFonts w:ascii="Times New Roman" w:hAnsi="Times New Roman" w:cs="Times New Roman"/>
          <w:bCs/>
        </w:rPr>
        <w:t xml:space="preserve"> Cai, Xiaodong Geng, Yi Yang, Chao Miao, Li Dai, Sohel Rana*, &amp; Zhen Liu* (2024). Sex-Dependent Rhizosphere Microbial Dynamics and Function in </w:t>
      </w:r>
      <w:proofErr w:type="spellStart"/>
      <w:r w:rsidR="00E033DD" w:rsidRPr="008943E1">
        <w:rPr>
          <w:rFonts w:ascii="Times New Roman" w:hAnsi="Times New Roman" w:cs="Times New Roman"/>
          <w:bCs/>
        </w:rPr>
        <w:t>Idesia</w:t>
      </w:r>
      <w:proofErr w:type="spellEnd"/>
      <w:r w:rsidR="00E033DD" w:rsidRPr="008943E1">
        <w:rPr>
          <w:rFonts w:ascii="Times New Roman" w:hAnsi="Times New Roman" w:cs="Times New Roman"/>
          <w:bCs/>
        </w:rPr>
        <w:t xml:space="preserve"> </w:t>
      </w:r>
      <w:proofErr w:type="spellStart"/>
      <w:r w:rsidR="00E033DD" w:rsidRPr="008943E1">
        <w:rPr>
          <w:rFonts w:ascii="Times New Roman" w:hAnsi="Times New Roman" w:cs="Times New Roman"/>
          <w:bCs/>
        </w:rPr>
        <w:t>polycarpa</w:t>
      </w:r>
      <w:proofErr w:type="spellEnd"/>
      <w:r w:rsidRPr="004D13B5">
        <w:rPr>
          <w:rFonts w:ascii="Times New Roman" w:hAnsi="Times New Roman" w:cs="Times New Roman"/>
          <w:bCs/>
        </w:rPr>
        <w:t xml:space="preserve"> through Floral and Fruit Development. Microorganisms, 12(10), 2022. </w:t>
      </w:r>
      <w:hyperlink r:id="rId12" w:history="1">
        <w:r w:rsidRPr="005D1460">
          <w:rPr>
            <w:rStyle w:val="Hyperlink"/>
            <w:rFonts w:ascii="Times New Roman" w:hAnsi="Times New Roman" w:cs="Times New Roman"/>
            <w:bCs/>
          </w:rPr>
          <w:t>https://doi.org/10.3390/microorganisms12102022</w:t>
        </w:r>
      </w:hyperlink>
      <w:r w:rsidRPr="004D13B5">
        <w:rPr>
          <w:rFonts w:ascii="Times New Roman" w:hAnsi="Times New Roman" w:cs="Times New Roman"/>
          <w:bCs/>
        </w:rPr>
        <w:t>.</w:t>
      </w:r>
    </w:p>
    <w:p w14:paraId="4CBADA1C" w14:textId="6BBF09F2" w:rsidR="00B11655" w:rsidRPr="004D13B5" w:rsidRDefault="00B11655" w:rsidP="008943E1">
      <w:pPr>
        <w:pStyle w:val="Small"/>
        <w:numPr>
          <w:ilvl w:val="0"/>
          <w:numId w:val="10"/>
        </w:numPr>
        <w:jc w:val="both"/>
        <w:rPr>
          <w:rFonts w:ascii="Times New Roman" w:hAnsi="Times New Roman" w:cs="Times New Roman"/>
          <w:bCs/>
        </w:rPr>
      </w:pPr>
      <w:r w:rsidRPr="004D13B5">
        <w:rPr>
          <w:rFonts w:ascii="Times New Roman" w:hAnsi="Times New Roman" w:cs="Times New Roman"/>
          <w:bCs/>
        </w:rPr>
        <w:t xml:space="preserve">4. Shasha Wang, Sohel Rana, Tao Zhang, Yanmei Wang, Zhen Liu, </w:t>
      </w:r>
      <w:proofErr w:type="spellStart"/>
      <w:r w:rsidRPr="004D13B5">
        <w:rPr>
          <w:rFonts w:ascii="Times New Roman" w:hAnsi="Times New Roman" w:cs="Times New Roman"/>
          <w:bCs/>
        </w:rPr>
        <w:t>Qifei</w:t>
      </w:r>
      <w:proofErr w:type="spellEnd"/>
      <w:r w:rsidRPr="004D13B5">
        <w:rPr>
          <w:rFonts w:ascii="Times New Roman" w:hAnsi="Times New Roman" w:cs="Times New Roman"/>
          <w:bCs/>
        </w:rPr>
        <w:t xml:space="preserve"> Cai, Xiaodong Geng, </w:t>
      </w:r>
      <w:proofErr w:type="spellStart"/>
      <w:r w:rsidRPr="004D13B5">
        <w:rPr>
          <w:rFonts w:ascii="Times New Roman" w:hAnsi="Times New Roman" w:cs="Times New Roman"/>
          <w:bCs/>
        </w:rPr>
        <w:t>Qiupeng</w:t>
      </w:r>
      <w:proofErr w:type="spellEnd"/>
      <w:r w:rsidRPr="004D13B5">
        <w:rPr>
          <w:rFonts w:ascii="Times New Roman" w:hAnsi="Times New Roman" w:cs="Times New Roman"/>
          <w:bCs/>
        </w:rPr>
        <w:t xml:space="preserve"> Yuan, Yi Yang, Chao Miao, </w:t>
      </w:r>
      <w:proofErr w:type="spellStart"/>
      <w:r w:rsidRPr="004D13B5">
        <w:rPr>
          <w:rFonts w:ascii="Times New Roman" w:hAnsi="Times New Roman" w:cs="Times New Roman"/>
          <w:bCs/>
        </w:rPr>
        <w:t>Huina</w:t>
      </w:r>
      <w:proofErr w:type="spellEnd"/>
      <w:r w:rsidRPr="004D13B5">
        <w:rPr>
          <w:rFonts w:ascii="Times New Roman" w:hAnsi="Times New Roman" w:cs="Times New Roman"/>
          <w:bCs/>
        </w:rPr>
        <w:t xml:space="preserve"> Zhou, Li Dai, </w:t>
      </w:r>
      <w:proofErr w:type="spellStart"/>
      <w:r w:rsidRPr="004D13B5">
        <w:rPr>
          <w:rFonts w:ascii="Times New Roman" w:hAnsi="Times New Roman" w:cs="Times New Roman"/>
          <w:bCs/>
        </w:rPr>
        <w:t>Huiwu</w:t>
      </w:r>
      <w:proofErr w:type="spellEnd"/>
      <w:r w:rsidRPr="004D13B5">
        <w:rPr>
          <w:rFonts w:ascii="Times New Roman" w:hAnsi="Times New Roman" w:cs="Times New Roman"/>
          <w:bCs/>
        </w:rPr>
        <w:t xml:space="preserve"> Peng, &amp; Zhi Li* (2024). Influence of Varied Phosphorus Fertilizer Ratios on the Rhizosphere Soil Microbial Community in </w:t>
      </w:r>
      <w:proofErr w:type="spellStart"/>
      <w:r w:rsidR="00E033DD" w:rsidRPr="008943E1">
        <w:rPr>
          <w:rFonts w:ascii="Times New Roman" w:hAnsi="Times New Roman" w:cs="Times New Roman"/>
          <w:bCs/>
        </w:rPr>
        <w:t>Idesia</w:t>
      </w:r>
      <w:proofErr w:type="spellEnd"/>
      <w:r w:rsidR="00E033DD" w:rsidRPr="008943E1">
        <w:rPr>
          <w:rFonts w:ascii="Times New Roman" w:hAnsi="Times New Roman" w:cs="Times New Roman"/>
          <w:bCs/>
        </w:rPr>
        <w:t xml:space="preserve"> </w:t>
      </w:r>
      <w:proofErr w:type="spellStart"/>
      <w:r w:rsidR="00E033DD" w:rsidRPr="008943E1">
        <w:rPr>
          <w:rFonts w:ascii="Times New Roman" w:hAnsi="Times New Roman" w:cs="Times New Roman"/>
          <w:bCs/>
        </w:rPr>
        <w:t>polycarpa</w:t>
      </w:r>
      <w:proofErr w:type="spellEnd"/>
      <w:r w:rsidRPr="004D13B5">
        <w:rPr>
          <w:rFonts w:ascii="Times New Roman" w:hAnsi="Times New Roman" w:cs="Times New Roman"/>
          <w:bCs/>
        </w:rPr>
        <w:t xml:space="preserve"> Seedlings. Forests, 15(10), 1686. </w:t>
      </w:r>
      <w:hyperlink r:id="rId13" w:history="1">
        <w:r w:rsidRPr="005D1460">
          <w:rPr>
            <w:rStyle w:val="Hyperlink"/>
            <w:rFonts w:ascii="Times New Roman" w:hAnsi="Times New Roman" w:cs="Times New Roman"/>
            <w:bCs/>
          </w:rPr>
          <w:t>https://doi.org/10.3390/f15101686</w:t>
        </w:r>
      </w:hyperlink>
      <w:r w:rsidRPr="004D13B5">
        <w:rPr>
          <w:rFonts w:ascii="Times New Roman" w:hAnsi="Times New Roman" w:cs="Times New Roman"/>
          <w:bCs/>
        </w:rPr>
        <w:t>.</w:t>
      </w:r>
    </w:p>
    <w:p w14:paraId="374E5191" w14:textId="2558F995" w:rsidR="00B11655" w:rsidRPr="004D13B5" w:rsidRDefault="00B11655" w:rsidP="008943E1">
      <w:pPr>
        <w:pStyle w:val="Small"/>
        <w:numPr>
          <w:ilvl w:val="0"/>
          <w:numId w:val="10"/>
        </w:numPr>
        <w:jc w:val="both"/>
        <w:rPr>
          <w:rFonts w:ascii="Times New Roman" w:hAnsi="Times New Roman" w:cs="Times New Roman"/>
          <w:bCs/>
        </w:rPr>
      </w:pPr>
      <w:r w:rsidRPr="004D13B5">
        <w:rPr>
          <w:rFonts w:ascii="Times New Roman" w:hAnsi="Times New Roman" w:cs="Times New Roman"/>
          <w:bCs/>
        </w:rPr>
        <w:t xml:space="preserve">5. </w:t>
      </w:r>
      <w:proofErr w:type="spellStart"/>
      <w:r w:rsidRPr="004D13B5">
        <w:rPr>
          <w:rFonts w:ascii="Times New Roman" w:hAnsi="Times New Roman" w:cs="Times New Roman"/>
          <w:bCs/>
        </w:rPr>
        <w:t>Mengxing</w:t>
      </w:r>
      <w:proofErr w:type="spellEnd"/>
      <w:r w:rsidRPr="004D13B5">
        <w:rPr>
          <w:rFonts w:ascii="Times New Roman" w:hAnsi="Times New Roman" w:cs="Times New Roman"/>
          <w:bCs/>
        </w:rPr>
        <w:t xml:space="preserve"> Zhang, Sohel Rana, </w:t>
      </w:r>
      <w:proofErr w:type="spellStart"/>
      <w:r w:rsidRPr="004D13B5">
        <w:rPr>
          <w:rFonts w:ascii="Times New Roman" w:hAnsi="Times New Roman" w:cs="Times New Roman"/>
          <w:bCs/>
        </w:rPr>
        <w:t>Chengzhe</w:t>
      </w:r>
      <w:proofErr w:type="spellEnd"/>
      <w:r w:rsidRPr="004D13B5">
        <w:rPr>
          <w:rFonts w:ascii="Times New Roman" w:hAnsi="Times New Roman" w:cs="Times New Roman"/>
          <w:bCs/>
        </w:rPr>
        <w:t xml:space="preserve"> Li, </w:t>
      </w:r>
      <w:proofErr w:type="spellStart"/>
      <w:r w:rsidRPr="004D13B5">
        <w:rPr>
          <w:rFonts w:ascii="Times New Roman" w:hAnsi="Times New Roman" w:cs="Times New Roman"/>
          <w:bCs/>
        </w:rPr>
        <w:t>Xiaoxue</w:t>
      </w:r>
      <w:proofErr w:type="spellEnd"/>
      <w:r w:rsidRPr="004D13B5">
        <w:rPr>
          <w:rFonts w:ascii="Times New Roman" w:hAnsi="Times New Roman" w:cs="Times New Roman"/>
          <w:bCs/>
        </w:rPr>
        <w:t xml:space="preserve"> Zhang, Kaixin Tian, Zhen Liu, Zhi Li, Li Dai, Xiaodong Geng, &amp; Yanmei Wang* (2024). Transcriptome analysis reveals the role of temperature in seed germination of </w:t>
      </w:r>
      <w:proofErr w:type="spellStart"/>
      <w:r w:rsidR="00E033DD" w:rsidRPr="008943E1">
        <w:rPr>
          <w:rFonts w:ascii="Times New Roman" w:hAnsi="Times New Roman" w:cs="Times New Roman"/>
          <w:bCs/>
        </w:rPr>
        <w:t>Idesia</w:t>
      </w:r>
      <w:proofErr w:type="spellEnd"/>
      <w:r w:rsidR="00E033DD" w:rsidRPr="008943E1">
        <w:rPr>
          <w:rFonts w:ascii="Times New Roman" w:hAnsi="Times New Roman" w:cs="Times New Roman"/>
          <w:bCs/>
        </w:rPr>
        <w:t xml:space="preserve"> </w:t>
      </w:r>
      <w:proofErr w:type="spellStart"/>
      <w:r w:rsidR="00E033DD" w:rsidRPr="008943E1">
        <w:rPr>
          <w:rFonts w:ascii="Times New Roman" w:hAnsi="Times New Roman" w:cs="Times New Roman"/>
          <w:bCs/>
        </w:rPr>
        <w:t>polycarpa</w:t>
      </w:r>
      <w:proofErr w:type="spellEnd"/>
      <w:r w:rsidRPr="004D13B5">
        <w:rPr>
          <w:rFonts w:ascii="Times New Roman" w:hAnsi="Times New Roman" w:cs="Times New Roman"/>
          <w:bCs/>
        </w:rPr>
        <w:t xml:space="preserve"> Maxim through </w:t>
      </w:r>
      <w:r w:rsidRPr="004D13B5">
        <w:rPr>
          <w:rFonts w:ascii="Times New Roman" w:hAnsi="Times New Roman" w:cs="Times New Roman"/>
          <w:bCs/>
        </w:rPr>
        <w:lastRenderedPageBreak/>
        <w:t xml:space="preserve">the integration of phytohormones and sugar metabolism. Brazilian Journal of Botany, 47, 963–979. </w:t>
      </w:r>
      <w:hyperlink r:id="rId14" w:history="1">
        <w:r w:rsidRPr="005D1460">
          <w:rPr>
            <w:rStyle w:val="Hyperlink"/>
            <w:rFonts w:ascii="Times New Roman" w:hAnsi="Times New Roman" w:cs="Times New Roman"/>
            <w:bCs/>
          </w:rPr>
          <w:t>https://doi.org/10.1007/s40415-024-01027-6</w:t>
        </w:r>
      </w:hyperlink>
      <w:r w:rsidRPr="004D13B5">
        <w:rPr>
          <w:rFonts w:ascii="Times New Roman" w:hAnsi="Times New Roman" w:cs="Times New Roman"/>
          <w:bCs/>
        </w:rPr>
        <w:t>.</w:t>
      </w:r>
    </w:p>
    <w:p w14:paraId="529C0902" w14:textId="756CA2E6" w:rsidR="00B11655" w:rsidRPr="004D13B5" w:rsidRDefault="00B11655" w:rsidP="008943E1">
      <w:pPr>
        <w:pStyle w:val="Small"/>
        <w:numPr>
          <w:ilvl w:val="0"/>
          <w:numId w:val="10"/>
        </w:numPr>
        <w:jc w:val="both"/>
        <w:rPr>
          <w:rFonts w:ascii="Times New Roman" w:hAnsi="Times New Roman" w:cs="Times New Roman"/>
          <w:bCs/>
        </w:rPr>
      </w:pPr>
      <w:r w:rsidRPr="004D13B5">
        <w:rPr>
          <w:rFonts w:ascii="Times New Roman" w:hAnsi="Times New Roman" w:cs="Times New Roman"/>
          <w:bCs/>
        </w:rPr>
        <w:t xml:space="preserve">6. Tao Zhang, Shasha Wang, Sohel Rana, Yanmei Wang, Zhen Liu, </w:t>
      </w:r>
      <w:proofErr w:type="spellStart"/>
      <w:r w:rsidRPr="004D13B5">
        <w:rPr>
          <w:rFonts w:ascii="Times New Roman" w:hAnsi="Times New Roman" w:cs="Times New Roman"/>
          <w:bCs/>
        </w:rPr>
        <w:t>Qifei</w:t>
      </w:r>
      <w:proofErr w:type="spellEnd"/>
      <w:r w:rsidRPr="004D13B5">
        <w:rPr>
          <w:rFonts w:ascii="Times New Roman" w:hAnsi="Times New Roman" w:cs="Times New Roman"/>
          <w:bCs/>
        </w:rPr>
        <w:t xml:space="preserve"> Cai, Xiaodong Geng, </w:t>
      </w:r>
      <w:proofErr w:type="spellStart"/>
      <w:r w:rsidRPr="004D13B5">
        <w:rPr>
          <w:rFonts w:ascii="Times New Roman" w:hAnsi="Times New Roman" w:cs="Times New Roman"/>
          <w:bCs/>
        </w:rPr>
        <w:t>Qiupeng</w:t>
      </w:r>
      <w:proofErr w:type="spellEnd"/>
      <w:r w:rsidRPr="004D13B5">
        <w:rPr>
          <w:rFonts w:ascii="Times New Roman" w:hAnsi="Times New Roman" w:cs="Times New Roman"/>
          <w:bCs/>
        </w:rPr>
        <w:t xml:space="preserve"> Yuan, Yi Yang, Chao Miao, Xiaoyan Xue, Li Dai, &amp; Zhi Li* (2024). Analysis of Leaf and Soil Nutrients, Microorganisms and Metabolome in the Growth Period of </w:t>
      </w:r>
      <w:proofErr w:type="spellStart"/>
      <w:r w:rsidR="00E033DD" w:rsidRPr="008943E1">
        <w:rPr>
          <w:rFonts w:ascii="Times New Roman" w:hAnsi="Times New Roman" w:cs="Times New Roman"/>
          <w:bCs/>
        </w:rPr>
        <w:t>Idesia</w:t>
      </w:r>
      <w:proofErr w:type="spellEnd"/>
      <w:r w:rsidR="00E033DD" w:rsidRPr="008943E1">
        <w:rPr>
          <w:rFonts w:ascii="Times New Roman" w:hAnsi="Times New Roman" w:cs="Times New Roman"/>
          <w:bCs/>
        </w:rPr>
        <w:t xml:space="preserve"> </w:t>
      </w:r>
      <w:proofErr w:type="spellStart"/>
      <w:r w:rsidR="00E033DD" w:rsidRPr="008943E1">
        <w:rPr>
          <w:rFonts w:ascii="Times New Roman" w:hAnsi="Times New Roman" w:cs="Times New Roman"/>
          <w:bCs/>
        </w:rPr>
        <w:t>polycarpa</w:t>
      </w:r>
      <w:proofErr w:type="spellEnd"/>
      <w:r w:rsidRPr="004D13B5">
        <w:rPr>
          <w:rFonts w:ascii="Times New Roman" w:hAnsi="Times New Roman" w:cs="Times New Roman"/>
          <w:bCs/>
        </w:rPr>
        <w:t xml:space="preserve"> Maxim. Microorganisms, 12(4), 746. </w:t>
      </w:r>
      <w:hyperlink r:id="rId15" w:history="1">
        <w:r w:rsidRPr="005D1460">
          <w:rPr>
            <w:rStyle w:val="Hyperlink"/>
            <w:rFonts w:ascii="Times New Roman" w:hAnsi="Times New Roman" w:cs="Times New Roman"/>
            <w:bCs/>
          </w:rPr>
          <w:t>https://doi.org/10.3390/microorganisms12040746</w:t>
        </w:r>
      </w:hyperlink>
      <w:r w:rsidRPr="004D13B5">
        <w:rPr>
          <w:rFonts w:ascii="Times New Roman" w:hAnsi="Times New Roman" w:cs="Times New Roman"/>
          <w:bCs/>
        </w:rPr>
        <w:t>.</w:t>
      </w:r>
    </w:p>
    <w:p w14:paraId="471269B1" w14:textId="47F7D3AE" w:rsidR="00B11655" w:rsidRPr="004D13B5" w:rsidRDefault="00B11655" w:rsidP="008943E1">
      <w:pPr>
        <w:pStyle w:val="Small"/>
        <w:numPr>
          <w:ilvl w:val="0"/>
          <w:numId w:val="10"/>
        </w:numPr>
        <w:jc w:val="both"/>
        <w:rPr>
          <w:rFonts w:ascii="Times New Roman" w:hAnsi="Times New Roman" w:cs="Times New Roman"/>
          <w:bCs/>
        </w:rPr>
      </w:pPr>
      <w:r w:rsidRPr="004D13B5">
        <w:rPr>
          <w:rFonts w:ascii="Times New Roman" w:hAnsi="Times New Roman" w:cs="Times New Roman"/>
          <w:bCs/>
        </w:rPr>
        <w:t xml:space="preserve">7. Zhi Li, Yi Yang, Jian Feng, Sohel Rana, Shasha Wang, Huimin Wang, Tao Zhang, Yanmei Wang, </w:t>
      </w:r>
      <w:proofErr w:type="spellStart"/>
      <w:r w:rsidRPr="004D13B5">
        <w:rPr>
          <w:rFonts w:ascii="Times New Roman" w:hAnsi="Times New Roman" w:cs="Times New Roman"/>
          <w:bCs/>
        </w:rPr>
        <w:t>Guoping</w:t>
      </w:r>
      <w:proofErr w:type="spellEnd"/>
      <w:r w:rsidRPr="004D13B5">
        <w:rPr>
          <w:rFonts w:ascii="Times New Roman" w:hAnsi="Times New Roman" w:cs="Times New Roman"/>
          <w:bCs/>
        </w:rPr>
        <w:t xml:space="preserve"> Guo, </w:t>
      </w:r>
      <w:proofErr w:type="spellStart"/>
      <w:r w:rsidRPr="004D13B5">
        <w:rPr>
          <w:rFonts w:ascii="Times New Roman" w:hAnsi="Times New Roman" w:cs="Times New Roman"/>
          <w:bCs/>
        </w:rPr>
        <w:t>Qifei</w:t>
      </w:r>
      <w:proofErr w:type="spellEnd"/>
      <w:r w:rsidRPr="004D13B5">
        <w:rPr>
          <w:rFonts w:ascii="Times New Roman" w:hAnsi="Times New Roman" w:cs="Times New Roman"/>
          <w:bCs/>
        </w:rPr>
        <w:t xml:space="preserve"> Cai, Xiaodong Geng, </w:t>
      </w:r>
      <w:proofErr w:type="spellStart"/>
      <w:r w:rsidRPr="004D13B5">
        <w:rPr>
          <w:rFonts w:ascii="Times New Roman" w:hAnsi="Times New Roman" w:cs="Times New Roman"/>
          <w:bCs/>
        </w:rPr>
        <w:t>Qiupeng</w:t>
      </w:r>
      <w:proofErr w:type="spellEnd"/>
      <w:r w:rsidRPr="004D13B5">
        <w:rPr>
          <w:rFonts w:ascii="Times New Roman" w:hAnsi="Times New Roman" w:cs="Times New Roman"/>
          <w:bCs/>
        </w:rPr>
        <w:t xml:space="preserve"> Yuan, Chao Miao, Li Dai, &amp; Zhen Liu* (2024). Evaluation of Fine Root Morphology and Rhizosphere Environmental Characteristics of the Dioecious </w:t>
      </w:r>
      <w:proofErr w:type="spellStart"/>
      <w:r w:rsidR="00E033DD" w:rsidRPr="008943E1">
        <w:rPr>
          <w:rFonts w:ascii="Times New Roman" w:hAnsi="Times New Roman" w:cs="Times New Roman"/>
          <w:bCs/>
        </w:rPr>
        <w:t>Idesia</w:t>
      </w:r>
      <w:proofErr w:type="spellEnd"/>
      <w:r w:rsidR="00E033DD" w:rsidRPr="008943E1">
        <w:rPr>
          <w:rFonts w:ascii="Times New Roman" w:hAnsi="Times New Roman" w:cs="Times New Roman"/>
          <w:bCs/>
        </w:rPr>
        <w:t xml:space="preserve"> </w:t>
      </w:r>
      <w:proofErr w:type="spellStart"/>
      <w:r w:rsidR="00E033DD" w:rsidRPr="008943E1">
        <w:rPr>
          <w:rFonts w:ascii="Times New Roman" w:hAnsi="Times New Roman" w:cs="Times New Roman"/>
          <w:bCs/>
        </w:rPr>
        <w:t>polycarpa</w:t>
      </w:r>
      <w:proofErr w:type="spellEnd"/>
      <w:r w:rsidRPr="004D13B5">
        <w:rPr>
          <w:rFonts w:ascii="Times New Roman" w:hAnsi="Times New Roman" w:cs="Times New Roman"/>
          <w:bCs/>
        </w:rPr>
        <w:t xml:space="preserve"> Maxim. Forests, 15(2), 234. </w:t>
      </w:r>
      <w:hyperlink r:id="rId16" w:history="1">
        <w:r w:rsidRPr="005D1460">
          <w:rPr>
            <w:rStyle w:val="Hyperlink"/>
            <w:rFonts w:ascii="Times New Roman" w:hAnsi="Times New Roman" w:cs="Times New Roman"/>
            <w:bCs/>
          </w:rPr>
          <w:t>https://doi.org/10.3390/f15020234</w:t>
        </w:r>
      </w:hyperlink>
      <w:r w:rsidRPr="004D13B5">
        <w:rPr>
          <w:rFonts w:ascii="Times New Roman" w:hAnsi="Times New Roman" w:cs="Times New Roman"/>
          <w:bCs/>
        </w:rPr>
        <w:t>.</w:t>
      </w:r>
    </w:p>
    <w:p w14:paraId="286D8E95" w14:textId="77777777" w:rsidR="00B11655" w:rsidRPr="004D13B5" w:rsidRDefault="00B11655" w:rsidP="008943E1">
      <w:pPr>
        <w:pStyle w:val="Small"/>
        <w:numPr>
          <w:ilvl w:val="0"/>
          <w:numId w:val="10"/>
        </w:numPr>
        <w:jc w:val="both"/>
        <w:rPr>
          <w:rFonts w:ascii="Times New Roman" w:hAnsi="Times New Roman" w:cs="Times New Roman"/>
          <w:bCs/>
        </w:rPr>
      </w:pPr>
      <w:r w:rsidRPr="004D13B5">
        <w:rPr>
          <w:rFonts w:ascii="Times New Roman" w:hAnsi="Times New Roman" w:cs="Times New Roman"/>
          <w:bCs/>
        </w:rPr>
        <w:t xml:space="preserve">8. </w:t>
      </w:r>
      <w:proofErr w:type="spellStart"/>
      <w:r w:rsidRPr="004D13B5">
        <w:rPr>
          <w:rFonts w:ascii="Times New Roman" w:hAnsi="Times New Roman" w:cs="Times New Roman"/>
          <w:bCs/>
        </w:rPr>
        <w:t>Shunfu</w:t>
      </w:r>
      <w:proofErr w:type="spellEnd"/>
      <w:r w:rsidRPr="004D13B5">
        <w:rPr>
          <w:rFonts w:ascii="Times New Roman" w:hAnsi="Times New Roman" w:cs="Times New Roman"/>
          <w:bCs/>
        </w:rPr>
        <w:t xml:space="preserve"> Li, Sohel Rana, Lisha Fang, Huimin Wang, </w:t>
      </w:r>
      <w:proofErr w:type="spellStart"/>
      <w:r w:rsidRPr="004D13B5">
        <w:rPr>
          <w:rFonts w:ascii="Times New Roman" w:hAnsi="Times New Roman" w:cs="Times New Roman"/>
          <w:bCs/>
        </w:rPr>
        <w:t>Xiaoxue</w:t>
      </w:r>
      <w:proofErr w:type="spellEnd"/>
      <w:r w:rsidRPr="004D13B5">
        <w:rPr>
          <w:rFonts w:ascii="Times New Roman" w:hAnsi="Times New Roman" w:cs="Times New Roman"/>
          <w:bCs/>
        </w:rPr>
        <w:t xml:space="preserve"> Zhang, Yanmei Wang, Xiaodong Geng, Zhi Li, </w:t>
      </w:r>
      <w:proofErr w:type="spellStart"/>
      <w:r w:rsidRPr="004D13B5">
        <w:rPr>
          <w:rFonts w:ascii="Times New Roman" w:hAnsi="Times New Roman" w:cs="Times New Roman"/>
          <w:bCs/>
        </w:rPr>
        <w:t>Qifei</w:t>
      </w:r>
      <w:proofErr w:type="spellEnd"/>
      <w:r w:rsidRPr="004D13B5">
        <w:rPr>
          <w:rFonts w:ascii="Times New Roman" w:hAnsi="Times New Roman" w:cs="Times New Roman"/>
          <w:bCs/>
        </w:rPr>
        <w:t xml:space="preserve"> Cai, &amp; Zhen Liu* (2023). Identification of genes involved in regulating terminal bud growth and death during long and short days in Paulownia. South African Journal of Botany, 156, 298–308. </w:t>
      </w:r>
      <w:hyperlink r:id="rId17" w:history="1">
        <w:r w:rsidRPr="005D1460">
          <w:rPr>
            <w:rStyle w:val="Hyperlink"/>
            <w:rFonts w:ascii="Times New Roman" w:hAnsi="Times New Roman" w:cs="Times New Roman"/>
            <w:bCs/>
          </w:rPr>
          <w:t>https://doi.org/10.1016/j.sajb.2023.03.025</w:t>
        </w:r>
      </w:hyperlink>
      <w:r w:rsidRPr="004D13B5">
        <w:rPr>
          <w:rFonts w:ascii="Times New Roman" w:hAnsi="Times New Roman" w:cs="Times New Roman"/>
          <w:bCs/>
        </w:rPr>
        <w:t>.</w:t>
      </w:r>
    </w:p>
    <w:p w14:paraId="0E03B775" w14:textId="77777777" w:rsidR="00B11655" w:rsidRPr="004D13B5" w:rsidRDefault="00B11655" w:rsidP="008943E1">
      <w:pPr>
        <w:pStyle w:val="Small"/>
        <w:numPr>
          <w:ilvl w:val="0"/>
          <w:numId w:val="10"/>
        </w:numPr>
        <w:jc w:val="both"/>
        <w:rPr>
          <w:rFonts w:ascii="Times New Roman" w:hAnsi="Times New Roman" w:cs="Times New Roman"/>
          <w:bCs/>
        </w:rPr>
      </w:pPr>
      <w:r w:rsidRPr="004D13B5">
        <w:rPr>
          <w:rFonts w:ascii="Times New Roman" w:hAnsi="Times New Roman" w:cs="Times New Roman"/>
          <w:bCs/>
        </w:rPr>
        <w:t xml:space="preserve">9. </w:t>
      </w:r>
      <w:proofErr w:type="spellStart"/>
      <w:r w:rsidRPr="004D13B5">
        <w:rPr>
          <w:rFonts w:ascii="Times New Roman" w:hAnsi="Times New Roman" w:cs="Times New Roman"/>
          <w:bCs/>
        </w:rPr>
        <w:t>Huiyun</w:t>
      </w:r>
      <w:proofErr w:type="spellEnd"/>
      <w:r w:rsidRPr="004D13B5">
        <w:rPr>
          <w:rFonts w:ascii="Times New Roman" w:hAnsi="Times New Roman" w:cs="Times New Roman"/>
          <w:bCs/>
        </w:rPr>
        <w:t xml:space="preserve"> Li, Jine Quan, Sohel Rana, </w:t>
      </w:r>
      <w:proofErr w:type="spellStart"/>
      <w:r w:rsidRPr="004D13B5">
        <w:rPr>
          <w:rFonts w:ascii="Times New Roman" w:hAnsi="Times New Roman" w:cs="Times New Roman"/>
          <w:bCs/>
        </w:rPr>
        <w:t>Shunyang</w:t>
      </w:r>
      <w:proofErr w:type="spellEnd"/>
      <w:r w:rsidRPr="004D13B5">
        <w:rPr>
          <w:rFonts w:ascii="Times New Roman" w:hAnsi="Times New Roman" w:cs="Times New Roman"/>
          <w:bCs/>
        </w:rPr>
        <w:t xml:space="preserve"> Yao, Yanmei Wang, Zhi Li, </w:t>
      </w:r>
      <w:proofErr w:type="spellStart"/>
      <w:r w:rsidRPr="004D13B5">
        <w:rPr>
          <w:rFonts w:ascii="Times New Roman" w:hAnsi="Times New Roman" w:cs="Times New Roman"/>
          <w:bCs/>
        </w:rPr>
        <w:t>Qifei</w:t>
      </w:r>
      <w:proofErr w:type="spellEnd"/>
      <w:r w:rsidRPr="004D13B5">
        <w:rPr>
          <w:rFonts w:ascii="Times New Roman" w:hAnsi="Times New Roman" w:cs="Times New Roman"/>
          <w:bCs/>
        </w:rPr>
        <w:t xml:space="preserve"> Cai, </w:t>
      </w:r>
      <w:proofErr w:type="spellStart"/>
      <w:r w:rsidRPr="004D13B5">
        <w:rPr>
          <w:rFonts w:ascii="Times New Roman" w:hAnsi="Times New Roman" w:cs="Times New Roman"/>
          <w:bCs/>
        </w:rPr>
        <w:t>Chaowang</w:t>
      </w:r>
      <w:proofErr w:type="spellEnd"/>
      <w:r w:rsidRPr="004D13B5">
        <w:rPr>
          <w:rFonts w:ascii="Times New Roman" w:hAnsi="Times New Roman" w:cs="Times New Roman"/>
          <w:bCs/>
        </w:rPr>
        <w:t xml:space="preserve"> Ma, Xiaodong Geng*, &amp; Zhen Liu* (2023). Comprehensive Metabolomic and Transcriptomic Analysis of the Regulatory Network of Volatile Terpenoid Formation during the Growth and Development of Pears (Pyrus spp. ‘</w:t>
      </w:r>
      <w:proofErr w:type="spellStart"/>
      <w:r w:rsidRPr="004D13B5">
        <w:rPr>
          <w:rFonts w:ascii="Times New Roman" w:hAnsi="Times New Roman" w:cs="Times New Roman"/>
          <w:bCs/>
        </w:rPr>
        <w:t>Panguxiang</w:t>
      </w:r>
      <w:proofErr w:type="spellEnd"/>
      <w:r w:rsidRPr="004D13B5">
        <w:rPr>
          <w:rFonts w:ascii="Times New Roman" w:hAnsi="Times New Roman" w:cs="Times New Roman"/>
          <w:bCs/>
        </w:rPr>
        <w:t xml:space="preserve">’). </w:t>
      </w:r>
      <w:proofErr w:type="spellStart"/>
      <w:r w:rsidRPr="004D13B5">
        <w:rPr>
          <w:rFonts w:ascii="Times New Roman" w:hAnsi="Times New Roman" w:cs="Times New Roman"/>
          <w:bCs/>
        </w:rPr>
        <w:t>Horticulturae</w:t>
      </w:r>
      <w:proofErr w:type="spellEnd"/>
      <w:r w:rsidRPr="004D13B5">
        <w:rPr>
          <w:rFonts w:ascii="Times New Roman" w:hAnsi="Times New Roman" w:cs="Times New Roman"/>
          <w:bCs/>
        </w:rPr>
        <w:t xml:space="preserve">, 9(4), 483. </w:t>
      </w:r>
      <w:hyperlink r:id="rId18" w:history="1">
        <w:r w:rsidRPr="005D1460">
          <w:rPr>
            <w:rStyle w:val="Hyperlink"/>
            <w:rFonts w:ascii="Times New Roman" w:hAnsi="Times New Roman" w:cs="Times New Roman"/>
            <w:bCs/>
          </w:rPr>
          <w:t>https://doi.org/10.3390/horticulturae9040483</w:t>
        </w:r>
      </w:hyperlink>
      <w:r w:rsidRPr="004D13B5">
        <w:rPr>
          <w:rFonts w:ascii="Times New Roman" w:hAnsi="Times New Roman" w:cs="Times New Roman"/>
          <w:bCs/>
        </w:rPr>
        <w:t>.</w:t>
      </w:r>
    </w:p>
    <w:p w14:paraId="3FA1C85D" w14:textId="22D6BE41" w:rsidR="00B11655" w:rsidRPr="004D13B5" w:rsidRDefault="00B11655" w:rsidP="008943E1">
      <w:pPr>
        <w:pStyle w:val="Small"/>
        <w:numPr>
          <w:ilvl w:val="0"/>
          <w:numId w:val="10"/>
        </w:numPr>
        <w:jc w:val="both"/>
        <w:rPr>
          <w:rFonts w:ascii="Times New Roman" w:hAnsi="Times New Roman" w:cs="Times New Roman"/>
          <w:bCs/>
        </w:rPr>
      </w:pPr>
      <w:r w:rsidRPr="004D13B5">
        <w:rPr>
          <w:rFonts w:ascii="Times New Roman" w:hAnsi="Times New Roman" w:cs="Times New Roman"/>
          <w:bCs/>
        </w:rPr>
        <w:t xml:space="preserve">10. </w:t>
      </w:r>
      <w:proofErr w:type="spellStart"/>
      <w:r w:rsidRPr="004D13B5">
        <w:rPr>
          <w:rFonts w:ascii="Times New Roman" w:hAnsi="Times New Roman" w:cs="Times New Roman"/>
          <w:bCs/>
        </w:rPr>
        <w:t>Pengcheng</w:t>
      </w:r>
      <w:proofErr w:type="spellEnd"/>
      <w:r w:rsidRPr="004D13B5">
        <w:rPr>
          <w:rFonts w:ascii="Times New Roman" w:hAnsi="Times New Roman" w:cs="Times New Roman"/>
          <w:bCs/>
        </w:rPr>
        <w:t xml:space="preserve"> Li, Sohel Rana, </w:t>
      </w:r>
      <w:proofErr w:type="spellStart"/>
      <w:r w:rsidRPr="004D13B5">
        <w:rPr>
          <w:rFonts w:ascii="Times New Roman" w:hAnsi="Times New Roman" w:cs="Times New Roman"/>
          <w:bCs/>
        </w:rPr>
        <w:t>Mengxing</w:t>
      </w:r>
      <w:proofErr w:type="spellEnd"/>
      <w:r w:rsidRPr="004D13B5">
        <w:rPr>
          <w:rFonts w:ascii="Times New Roman" w:hAnsi="Times New Roman" w:cs="Times New Roman"/>
          <w:bCs/>
        </w:rPr>
        <w:t xml:space="preserve"> Zhang, Chao Jin, Kaixin Tian, Zhen Liu, Zhi Li, </w:t>
      </w:r>
      <w:proofErr w:type="spellStart"/>
      <w:r w:rsidRPr="004D13B5">
        <w:rPr>
          <w:rFonts w:ascii="Times New Roman" w:hAnsi="Times New Roman" w:cs="Times New Roman"/>
          <w:bCs/>
        </w:rPr>
        <w:t>Qifei</w:t>
      </w:r>
      <w:proofErr w:type="spellEnd"/>
      <w:r w:rsidRPr="004D13B5">
        <w:rPr>
          <w:rFonts w:ascii="Times New Roman" w:hAnsi="Times New Roman" w:cs="Times New Roman"/>
          <w:bCs/>
        </w:rPr>
        <w:t xml:space="preserve"> Cai, Xiaodong Geng, &amp; Yanmei Wang* (2023). An investigation of the growth status of 19-year-old </w:t>
      </w:r>
      <w:proofErr w:type="spellStart"/>
      <w:r w:rsidR="00E033DD" w:rsidRPr="008943E1">
        <w:rPr>
          <w:rFonts w:ascii="Times New Roman" w:hAnsi="Times New Roman" w:cs="Times New Roman"/>
          <w:bCs/>
        </w:rPr>
        <w:t>Idesia</w:t>
      </w:r>
      <w:proofErr w:type="spellEnd"/>
      <w:r w:rsidR="00E033DD" w:rsidRPr="008943E1">
        <w:rPr>
          <w:rFonts w:ascii="Times New Roman" w:hAnsi="Times New Roman" w:cs="Times New Roman"/>
          <w:bCs/>
        </w:rPr>
        <w:t xml:space="preserve"> </w:t>
      </w:r>
      <w:proofErr w:type="spellStart"/>
      <w:r w:rsidR="00E033DD" w:rsidRPr="008943E1">
        <w:rPr>
          <w:rFonts w:ascii="Times New Roman" w:hAnsi="Times New Roman" w:cs="Times New Roman"/>
          <w:bCs/>
        </w:rPr>
        <w:t>polycarpa</w:t>
      </w:r>
      <w:proofErr w:type="spellEnd"/>
      <w:r w:rsidRPr="004D13B5">
        <w:rPr>
          <w:rFonts w:ascii="Times New Roman" w:hAnsi="Times New Roman" w:cs="Times New Roman"/>
          <w:bCs/>
        </w:rPr>
        <w:t xml:space="preserve"> ‘Yuji’ plantation forest in the mountainous region of Henan, China. </w:t>
      </w:r>
      <w:proofErr w:type="spellStart"/>
      <w:r w:rsidRPr="004D13B5">
        <w:rPr>
          <w:rFonts w:ascii="Times New Roman" w:hAnsi="Times New Roman" w:cs="Times New Roman"/>
          <w:bCs/>
        </w:rPr>
        <w:t>Heliyon</w:t>
      </w:r>
      <w:proofErr w:type="spellEnd"/>
      <w:r w:rsidRPr="004D13B5">
        <w:rPr>
          <w:rFonts w:ascii="Times New Roman" w:hAnsi="Times New Roman" w:cs="Times New Roman"/>
          <w:bCs/>
        </w:rPr>
        <w:t xml:space="preserve">, 9(9), e19716. </w:t>
      </w:r>
      <w:hyperlink r:id="rId19" w:history="1">
        <w:r w:rsidRPr="005D1460">
          <w:rPr>
            <w:rStyle w:val="Hyperlink"/>
            <w:rFonts w:ascii="Times New Roman" w:hAnsi="Times New Roman" w:cs="Times New Roman"/>
            <w:bCs/>
          </w:rPr>
          <w:t>https://doi.org/10.1016/j.heliyon.2023.e19716</w:t>
        </w:r>
      </w:hyperlink>
      <w:r w:rsidRPr="004D13B5">
        <w:rPr>
          <w:rFonts w:ascii="Times New Roman" w:hAnsi="Times New Roman" w:cs="Times New Roman"/>
          <w:bCs/>
        </w:rPr>
        <w:t>.</w:t>
      </w:r>
    </w:p>
    <w:p w14:paraId="3C906EDA" w14:textId="77777777" w:rsidR="00B11655" w:rsidRPr="004D13B5" w:rsidRDefault="00B11655" w:rsidP="008943E1">
      <w:pPr>
        <w:pStyle w:val="Small"/>
        <w:numPr>
          <w:ilvl w:val="0"/>
          <w:numId w:val="10"/>
        </w:numPr>
        <w:jc w:val="both"/>
        <w:rPr>
          <w:rFonts w:ascii="Times New Roman" w:hAnsi="Times New Roman" w:cs="Times New Roman"/>
          <w:bCs/>
        </w:rPr>
      </w:pPr>
      <w:r w:rsidRPr="004D13B5">
        <w:rPr>
          <w:rFonts w:ascii="Times New Roman" w:hAnsi="Times New Roman" w:cs="Times New Roman"/>
          <w:bCs/>
        </w:rPr>
        <w:t xml:space="preserve">11. </w:t>
      </w:r>
      <w:proofErr w:type="spellStart"/>
      <w:r w:rsidRPr="004D13B5">
        <w:rPr>
          <w:rFonts w:ascii="Times New Roman" w:hAnsi="Times New Roman" w:cs="Times New Roman"/>
          <w:bCs/>
        </w:rPr>
        <w:t>Huiyun</w:t>
      </w:r>
      <w:proofErr w:type="spellEnd"/>
      <w:r w:rsidRPr="004D13B5">
        <w:rPr>
          <w:rFonts w:ascii="Times New Roman" w:hAnsi="Times New Roman" w:cs="Times New Roman"/>
          <w:bCs/>
        </w:rPr>
        <w:t xml:space="preserve"> Li, Jine Quan, Sohel Rana, Yanmei Wang, Zhi Li, </w:t>
      </w:r>
      <w:proofErr w:type="spellStart"/>
      <w:r w:rsidRPr="004D13B5">
        <w:rPr>
          <w:rFonts w:ascii="Times New Roman" w:hAnsi="Times New Roman" w:cs="Times New Roman"/>
          <w:bCs/>
        </w:rPr>
        <w:t>Qifei</w:t>
      </w:r>
      <w:proofErr w:type="spellEnd"/>
      <w:r w:rsidRPr="004D13B5">
        <w:rPr>
          <w:rFonts w:ascii="Times New Roman" w:hAnsi="Times New Roman" w:cs="Times New Roman"/>
          <w:bCs/>
        </w:rPr>
        <w:t xml:space="preserve"> Cai, </w:t>
      </w:r>
      <w:proofErr w:type="spellStart"/>
      <w:r w:rsidRPr="004D13B5">
        <w:rPr>
          <w:rFonts w:ascii="Times New Roman" w:hAnsi="Times New Roman" w:cs="Times New Roman"/>
          <w:bCs/>
        </w:rPr>
        <w:t>Shuhong</w:t>
      </w:r>
      <w:proofErr w:type="spellEnd"/>
      <w:r w:rsidRPr="004D13B5">
        <w:rPr>
          <w:rFonts w:ascii="Times New Roman" w:hAnsi="Times New Roman" w:cs="Times New Roman"/>
          <w:bCs/>
        </w:rPr>
        <w:t xml:space="preserve"> Ma, Xiaodong Geng*, &amp; Zhen Liu* (2022). The Molecular Network behind Volatile Aroma Formation in Pear (Pyrus spp. </w:t>
      </w:r>
      <w:proofErr w:type="spellStart"/>
      <w:r w:rsidRPr="004D13B5">
        <w:rPr>
          <w:rFonts w:ascii="Times New Roman" w:hAnsi="Times New Roman" w:cs="Times New Roman"/>
          <w:bCs/>
        </w:rPr>
        <w:t>Panguxiang</w:t>
      </w:r>
      <w:proofErr w:type="spellEnd"/>
      <w:r w:rsidRPr="004D13B5">
        <w:rPr>
          <w:rFonts w:ascii="Times New Roman" w:hAnsi="Times New Roman" w:cs="Times New Roman"/>
          <w:bCs/>
        </w:rPr>
        <w:t xml:space="preserve">) Revealed by Transcriptome Profiling via Fatty Acid Metabolic Pathways. Life, 12(10), 1494. </w:t>
      </w:r>
      <w:hyperlink r:id="rId20" w:history="1">
        <w:r w:rsidRPr="005D1460">
          <w:rPr>
            <w:rStyle w:val="Hyperlink"/>
            <w:rFonts w:ascii="Times New Roman" w:hAnsi="Times New Roman" w:cs="Times New Roman"/>
            <w:bCs/>
          </w:rPr>
          <w:t>https://doi.org/10.3390/life12101494</w:t>
        </w:r>
      </w:hyperlink>
      <w:r w:rsidRPr="004D13B5">
        <w:rPr>
          <w:rFonts w:ascii="Times New Roman" w:hAnsi="Times New Roman" w:cs="Times New Roman"/>
          <w:bCs/>
        </w:rPr>
        <w:t>.</w:t>
      </w:r>
    </w:p>
    <w:p w14:paraId="0BF97D96" w14:textId="6EB05596" w:rsidR="00B11655" w:rsidRPr="004D13B5" w:rsidRDefault="00B11655" w:rsidP="008943E1">
      <w:pPr>
        <w:pStyle w:val="Small"/>
        <w:numPr>
          <w:ilvl w:val="0"/>
          <w:numId w:val="10"/>
        </w:numPr>
        <w:jc w:val="both"/>
        <w:rPr>
          <w:rFonts w:ascii="Times New Roman" w:hAnsi="Times New Roman" w:cs="Times New Roman"/>
          <w:bCs/>
        </w:rPr>
      </w:pPr>
      <w:r w:rsidRPr="004D13B5">
        <w:rPr>
          <w:rFonts w:ascii="Times New Roman" w:hAnsi="Times New Roman" w:cs="Times New Roman"/>
          <w:bCs/>
        </w:rPr>
        <w:t xml:space="preserve">12. Jian Feng, Sohel Rana, Zhen Liu, Yanmei Wang, </w:t>
      </w:r>
      <w:proofErr w:type="spellStart"/>
      <w:r w:rsidRPr="004D13B5">
        <w:rPr>
          <w:rFonts w:ascii="Times New Roman" w:hAnsi="Times New Roman" w:cs="Times New Roman"/>
          <w:bCs/>
        </w:rPr>
        <w:t>Qifei</w:t>
      </w:r>
      <w:proofErr w:type="spellEnd"/>
      <w:r w:rsidRPr="004D13B5">
        <w:rPr>
          <w:rFonts w:ascii="Times New Roman" w:hAnsi="Times New Roman" w:cs="Times New Roman"/>
          <w:bCs/>
        </w:rPr>
        <w:t xml:space="preserve"> Cai, Xiaodong Geng, </w:t>
      </w:r>
      <w:proofErr w:type="spellStart"/>
      <w:r w:rsidRPr="004D13B5">
        <w:rPr>
          <w:rFonts w:ascii="Times New Roman" w:hAnsi="Times New Roman" w:cs="Times New Roman"/>
          <w:bCs/>
        </w:rPr>
        <w:t>Huina</w:t>
      </w:r>
      <w:proofErr w:type="spellEnd"/>
      <w:r w:rsidRPr="004D13B5">
        <w:rPr>
          <w:rFonts w:ascii="Times New Roman" w:hAnsi="Times New Roman" w:cs="Times New Roman"/>
          <w:bCs/>
        </w:rPr>
        <w:t xml:space="preserve"> Zhou, Tao Zhang, Shasha Wang, Xiaoyan Xue, </w:t>
      </w:r>
      <w:proofErr w:type="spellStart"/>
      <w:r w:rsidRPr="004D13B5">
        <w:rPr>
          <w:rFonts w:ascii="Times New Roman" w:hAnsi="Times New Roman" w:cs="Times New Roman"/>
          <w:bCs/>
        </w:rPr>
        <w:t>Mingwan</w:t>
      </w:r>
      <w:proofErr w:type="spellEnd"/>
      <w:r w:rsidRPr="004D13B5">
        <w:rPr>
          <w:rFonts w:ascii="Times New Roman" w:hAnsi="Times New Roman" w:cs="Times New Roman"/>
          <w:bCs/>
        </w:rPr>
        <w:t xml:space="preserve"> Li, Razia Sultana Jemim, &amp; Zhi Li* (2022). Diversity Analysis of Leaf Nutrient Endophytes and Metabolites in Dioecious </w:t>
      </w:r>
      <w:proofErr w:type="spellStart"/>
      <w:r w:rsidR="00E033DD" w:rsidRPr="008943E1">
        <w:rPr>
          <w:rFonts w:ascii="Times New Roman" w:hAnsi="Times New Roman" w:cs="Times New Roman"/>
          <w:bCs/>
        </w:rPr>
        <w:t>Idesia</w:t>
      </w:r>
      <w:proofErr w:type="spellEnd"/>
      <w:r w:rsidR="00E033DD" w:rsidRPr="008943E1">
        <w:rPr>
          <w:rFonts w:ascii="Times New Roman" w:hAnsi="Times New Roman" w:cs="Times New Roman"/>
          <w:bCs/>
        </w:rPr>
        <w:t xml:space="preserve"> </w:t>
      </w:r>
      <w:proofErr w:type="spellStart"/>
      <w:r w:rsidR="00E033DD" w:rsidRPr="008943E1">
        <w:rPr>
          <w:rFonts w:ascii="Times New Roman" w:hAnsi="Times New Roman" w:cs="Times New Roman"/>
          <w:bCs/>
        </w:rPr>
        <w:t>polycarpa</w:t>
      </w:r>
      <w:proofErr w:type="spellEnd"/>
      <w:r w:rsidRPr="004D13B5">
        <w:rPr>
          <w:rFonts w:ascii="Times New Roman" w:hAnsi="Times New Roman" w:cs="Times New Roman"/>
          <w:bCs/>
        </w:rPr>
        <w:t xml:space="preserve"> Maxim Leaves during Reproductive Stages. Life, 12(12), 2041. </w:t>
      </w:r>
      <w:hyperlink r:id="rId21" w:history="1">
        <w:r w:rsidRPr="005D1460">
          <w:rPr>
            <w:rStyle w:val="Hyperlink"/>
            <w:rFonts w:ascii="Times New Roman" w:hAnsi="Times New Roman" w:cs="Times New Roman"/>
            <w:bCs/>
          </w:rPr>
          <w:t>https://doi.org/10.3390/life12122041</w:t>
        </w:r>
      </w:hyperlink>
      <w:r w:rsidRPr="004D13B5">
        <w:rPr>
          <w:rFonts w:ascii="Times New Roman" w:hAnsi="Times New Roman" w:cs="Times New Roman"/>
          <w:bCs/>
        </w:rPr>
        <w:t>.</w:t>
      </w:r>
    </w:p>
    <w:p w14:paraId="7D53958A" w14:textId="38726601" w:rsidR="00B11655" w:rsidRPr="004D13B5" w:rsidRDefault="00B11655" w:rsidP="008943E1">
      <w:pPr>
        <w:pStyle w:val="Small"/>
        <w:numPr>
          <w:ilvl w:val="0"/>
          <w:numId w:val="10"/>
        </w:numPr>
        <w:jc w:val="both"/>
        <w:rPr>
          <w:rFonts w:ascii="Times New Roman" w:hAnsi="Times New Roman" w:cs="Times New Roman"/>
          <w:bCs/>
        </w:rPr>
      </w:pPr>
      <w:r w:rsidRPr="004D13B5">
        <w:rPr>
          <w:rFonts w:ascii="Times New Roman" w:hAnsi="Times New Roman" w:cs="Times New Roman"/>
          <w:bCs/>
        </w:rPr>
        <w:t xml:space="preserve">13. Huimin Wang, Sohel Rana, Zhi Li, Xiaodong Geng, Yanmei Wang, </w:t>
      </w:r>
      <w:proofErr w:type="spellStart"/>
      <w:r w:rsidRPr="004D13B5">
        <w:rPr>
          <w:rFonts w:ascii="Times New Roman" w:hAnsi="Times New Roman" w:cs="Times New Roman"/>
          <w:bCs/>
        </w:rPr>
        <w:t>Qifei</w:t>
      </w:r>
      <w:proofErr w:type="spellEnd"/>
      <w:r w:rsidRPr="004D13B5">
        <w:rPr>
          <w:rFonts w:ascii="Times New Roman" w:hAnsi="Times New Roman" w:cs="Times New Roman"/>
          <w:bCs/>
        </w:rPr>
        <w:t xml:space="preserve"> Cai, </w:t>
      </w:r>
      <w:proofErr w:type="spellStart"/>
      <w:r w:rsidRPr="004D13B5">
        <w:rPr>
          <w:rFonts w:ascii="Times New Roman" w:hAnsi="Times New Roman" w:cs="Times New Roman"/>
          <w:bCs/>
        </w:rPr>
        <w:t>Shunfu</w:t>
      </w:r>
      <w:proofErr w:type="spellEnd"/>
      <w:r w:rsidRPr="004D13B5">
        <w:rPr>
          <w:rFonts w:ascii="Times New Roman" w:hAnsi="Times New Roman" w:cs="Times New Roman"/>
          <w:bCs/>
        </w:rPr>
        <w:t xml:space="preserve"> Li, </w:t>
      </w:r>
      <w:proofErr w:type="spellStart"/>
      <w:r w:rsidRPr="004D13B5">
        <w:rPr>
          <w:rFonts w:ascii="Times New Roman" w:hAnsi="Times New Roman" w:cs="Times New Roman"/>
          <w:bCs/>
        </w:rPr>
        <w:t>Jialu</w:t>
      </w:r>
      <w:proofErr w:type="spellEnd"/>
      <w:r w:rsidRPr="004D13B5">
        <w:rPr>
          <w:rFonts w:ascii="Times New Roman" w:hAnsi="Times New Roman" w:cs="Times New Roman"/>
          <w:bCs/>
        </w:rPr>
        <w:t xml:space="preserve"> Sun, &amp; Zhen Liu* (2022). Morphological and anatomical changes during floral bud development of the trioecious </w:t>
      </w:r>
      <w:proofErr w:type="spellStart"/>
      <w:r w:rsidR="00E033DD" w:rsidRPr="008943E1">
        <w:rPr>
          <w:rFonts w:ascii="Times New Roman" w:hAnsi="Times New Roman" w:cs="Times New Roman"/>
          <w:bCs/>
        </w:rPr>
        <w:t>Idesia</w:t>
      </w:r>
      <w:proofErr w:type="spellEnd"/>
      <w:r w:rsidR="00E033DD" w:rsidRPr="008943E1">
        <w:rPr>
          <w:rFonts w:ascii="Times New Roman" w:hAnsi="Times New Roman" w:cs="Times New Roman"/>
          <w:bCs/>
        </w:rPr>
        <w:t xml:space="preserve"> </w:t>
      </w:r>
      <w:proofErr w:type="spellStart"/>
      <w:r w:rsidR="00E033DD" w:rsidRPr="008943E1">
        <w:rPr>
          <w:rFonts w:ascii="Times New Roman" w:hAnsi="Times New Roman" w:cs="Times New Roman"/>
          <w:bCs/>
        </w:rPr>
        <w:t>polycarpa</w:t>
      </w:r>
      <w:proofErr w:type="spellEnd"/>
      <w:r w:rsidRPr="004D13B5">
        <w:rPr>
          <w:rFonts w:ascii="Times New Roman" w:hAnsi="Times New Roman" w:cs="Times New Roman"/>
          <w:bCs/>
        </w:rPr>
        <w:t xml:space="preserve"> Maxim. Brazilian Journal of Botany, 45, 679–688. </w:t>
      </w:r>
      <w:hyperlink r:id="rId22" w:history="1">
        <w:r w:rsidRPr="005D1460">
          <w:rPr>
            <w:rStyle w:val="Hyperlink"/>
            <w:rFonts w:ascii="Times New Roman" w:hAnsi="Times New Roman" w:cs="Times New Roman"/>
            <w:bCs/>
          </w:rPr>
          <w:t>https://doi.org/10.1007/s40415-022-00792-6</w:t>
        </w:r>
      </w:hyperlink>
      <w:r w:rsidRPr="004D13B5">
        <w:rPr>
          <w:rFonts w:ascii="Times New Roman" w:hAnsi="Times New Roman" w:cs="Times New Roman"/>
          <w:bCs/>
        </w:rPr>
        <w:t>.</w:t>
      </w:r>
    </w:p>
    <w:p w14:paraId="0A9CDC3A" w14:textId="77777777" w:rsidR="00B11655" w:rsidRPr="004D13B5" w:rsidRDefault="00B11655" w:rsidP="008943E1">
      <w:pPr>
        <w:pStyle w:val="Small"/>
        <w:numPr>
          <w:ilvl w:val="0"/>
          <w:numId w:val="10"/>
        </w:numPr>
        <w:jc w:val="both"/>
        <w:rPr>
          <w:rFonts w:ascii="Times New Roman" w:hAnsi="Times New Roman" w:cs="Times New Roman"/>
          <w:bCs/>
        </w:rPr>
      </w:pPr>
      <w:r w:rsidRPr="004D13B5">
        <w:rPr>
          <w:rFonts w:ascii="Times New Roman" w:hAnsi="Times New Roman" w:cs="Times New Roman"/>
          <w:bCs/>
        </w:rPr>
        <w:t xml:space="preserve">14. Sohel Rana, Ziheng Xu, Razia Sultana Jemim, Zhen Liu, Yanmei Wang, Xiaodong Geng, </w:t>
      </w:r>
      <w:proofErr w:type="spellStart"/>
      <w:r w:rsidRPr="004D13B5">
        <w:rPr>
          <w:rFonts w:ascii="Times New Roman" w:hAnsi="Times New Roman" w:cs="Times New Roman"/>
          <w:bCs/>
        </w:rPr>
        <w:t>Qifei</w:t>
      </w:r>
      <w:proofErr w:type="spellEnd"/>
      <w:r w:rsidRPr="004D13B5">
        <w:rPr>
          <w:rFonts w:ascii="Times New Roman" w:hAnsi="Times New Roman" w:cs="Times New Roman"/>
          <w:bCs/>
        </w:rPr>
        <w:t xml:space="preserve"> Cai, Jian Feng, </w:t>
      </w:r>
      <w:proofErr w:type="spellStart"/>
      <w:r w:rsidRPr="004D13B5">
        <w:rPr>
          <w:rFonts w:ascii="Times New Roman" w:hAnsi="Times New Roman" w:cs="Times New Roman"/>
          <w:bCs/>
        </w:rPr>
        <w:t>Huina</w:t>
      </w:r>
      <w:proofErr w:type="spellEnd"/>
      <w:r w:rsidRPr="004D13B5">
        <w:rPr>
          <w:rFonts w:ascii="Times New Roman" w:hAnsi="Times New Roman" w:cs="Times New Roman"/>
          <w:bCs/>
        </w:rPr>
        <w:t xml:space="preserve"> Zhou, Tao Zhang, </w:t>
      </w:r>
      <w:proofErr w:type="spellStart"/>
      <w:r w:rsidRPr="004D13B5">
        <w:rPr>
          <w:rFonts w:ascii="Times New Roman" w:hAnsi="Times New Roman" w:cs="Times New Roman"/>
          <w:bCs/>
        </w:rPr>
        <w:t>Mingwan</w:t>
      </w:r>
      <w:proofErr w:type="spellEnd"/>
      <w:r w:rsidRPr="004D13B5">
        <w:rPr>
          <w:rFonts w:ascii="Times New Roman" w:hAnsi="Times New Roman" w:cs="Times New Roman"/>
          <w:bCs/>
        </w:rPr>
        <w:t xml:space="preserve"> Li, Xiaomin Guo, &amp; Zhi Li* (2022). Soil Quality Assessment in Tourism-Disturbed Subtropical Mountain Meadow Areas of </w:t>
      </w:r>
      <w:proofErr w:type="spellStart"/>
      <w:r w:rsidRPr="004D13B5">
        <w:rPr>
          <w:rFonts w:ascii="Times New Roman" w:hAnsi="Times New Roman" w:cs="Times New Roman"/>
          <w:bCs/>
        </w:rPr>
        <w:t>Wugong</w:t>
      </w:r>
      <w:proofErr w:type="spellEnd"/>
      <w:r w:rsidRPr="004D13B5">
        <w:rPr>
          <w:rFonts w:ascii="Times New Roman" w:hAnsi="Times New Roman" w:cs="Times New Roman"/>
          <w:bCs/>
        </w:rPr>
        <w:t xml:space="preserve"> Mountain, Central Southeast China. Life, 12(8), 1136. </w:t>
      </w:r>
      <w:hyperlink r:id="rId23" w:history="1">
        <w:r w:rsidRPr="005D1460">
          <w:rPr>
            <w:rStyle w:val="Hyperlink"/>
            <w:rFonts w:ascii="Times New Roman" w:hAnsi="Times New Roman" w:cs="Times New Roman"/>
            <w:bCs/>
          </w:rPr>
          <w:t>https://doi.org/10.3390/life12081136</w:t>
        </w:r>
      </w:hyperlink>
      <w:r w:rsidRPr="004D13B5">
        <w:rPr>
          <w:rFonts w:ascii="Times New Roman" w:hAnsi="Times New Roman" w:cs="Times New Roman"/>
          <w:bCs/>
        </w:rPr>
        <w:t>.</w:t>
      </w:r>
    </w:p>
    <w:p w14:paraId="3EB951BF" w14:textId="77777777" w:rsidR="00B11655" w:rsidRPr="004D13B5" w:rsidRDefault="00B11655" w:rsidP="008943E1">
      <w:pPr>
        <w:pStyle w:val="Small"/>
        <w:numPr>
          <w:ilvl w:val="0"/>
          <w:numId w:val="10"/>
        </w:numPr>
        <w:jc w:val="both"/>
        <w:rPr>
          <w:rFonts w:ascii="Times New Roman" w:hAnsi="Times New Roman" w:cs="Times New Roman"/>
          <w:bCs/>
        </w:rPr>
      </w:pPr>
      <w:r w:rsidRPr="004D13B5">
        <w:rPr>
          <w:rFonts w:ascii="Times New Roman" w:hAnsi="Times New Roman" w:cs="Times New Roman"/>
          <w:bCs/>
        </w:rPr>
        <w:t xml:space="preserve">15. Sohel Rana, </w:t>
      </w:r>
      <w:proofErr w:type="spellStart"/>
      <w:r w:rsidRPr="004D13B5">
        <w:rPr>
          <w:rFonts w:ascii="Times New Roman" w:hAnsi="Times New Roman" w:cs="Times New Roman"/>
          <w:bCs/>
        </w:rPr>
        <w:t>Xuna</w:t>
      </w:r>
      <w:proofErr w:type="spellEnd"/>
      <w:r w:rsidRPr="004D13B5">
        <w:rPr>
          <w:rFonts w:ascii="Times New Roman" w:hAnsi="Times New Roman" w:cs="Times New Roman"/>
          <w:bCs/>
        </w:rPr>
        <w:t xml:space="preserve"> Cheng, </w:t>
      </w:r>
      <w:proofErr w:type="spellStart"/>
      <w:r w:rsidRPr="004D13B5">
        <w:rPr>
          <w:rFonts w:ascii="Times New Roman" w:hAnsi="Times New Roman" w:cs="Times New Roman"/>
          <w:bCs/>
        </w:rPr>
        <w:t>Yanfang</w:t>
      </w:r>
      <w:proofErr w:type="spellEnd"/>
      <w:r w:rsidRPr="004D13B5">
        <w:rPr>
          <w:rFonts w:ascii="Times New Roman" w:hAnsi="Times New Roman" w:cs="Times New Roman"/>
          <w:bCs/>
        </w:rPr>
        <w:t xml:space="preserve"> Wu, </w:t>
      </w:r>
      <w:proofErr w:type="spellStart"/>
      <w:r w:rsidRPr="004D13B5">
        <w:rPr>
          <w:rFonts w:ascii="Times New Roman" w:hAnsi="Times New Roman" w:cs="Times New Roman"/>
          <w:bCs/>
        </w:rPr>
        <w:t>Chuanwei</w:t>
      </w:r>
      <w:proofErr w:type="spellEnd"/>
      <w:r w:rsidRPr="004D13B5">
        <w:rPr>
          <w:rFonts w:ascii="Times New Roman" w:hAnsi="Times New Roman" w:cs="Times New Roman"/>
          <w:bCs/>
        </w:rPr>
        <w:t xml:space="preserve"> Hu, Razia Sultana Jemim, Zhen Liu, Yanmei Wang, </w:t>
      </w:r>
      <w:proofErr w:type="spellStart"/>
      <w:r w:rsidRPr="004D13B5">
        <w:rPr>
          <w:rFonts w:ascii="Times New Roman" w:hAnsi="Times New Roman" w:cs="Times New Roman"/>
          <w:bCs/>
        </w:rPr>
        <w:t>Qifei</w:t>
      </w:r>
      <w:proofErr w:type="spellEnd"/>
      <w:r w:rsidRPr="004D13B5">
        <w:rPr>
          <w:rFonts w:ascii="Times New Roman" w:hAnsi="Times New Roman" w:cs="Times New Roman"/>
          <w:bCs/>
        </w:rPr>
        <w:t xml:space="preserve"> Cai, Xiaodong Geng, Xiaomin Guo, &amp; Zhi Li* (2022). Evaluation of soil and water conservation function in the </w:t>
      </w:r>
      <w:proofErr w:type="spellStart"/>
      <w:r w:rsidRPr="004D13B5">
        <w:rPr>
          <w:rFonts w:ascii="Times New Roman" w:hAnsi="Times New Roman" w:cs="Times New Roman"/>
          <w:bCs/>
        </w:rPr>
        <w:t>Wugong</w:t>
      </w:r>
      <w:proofErr w:type="spellEnd"/>
      <w:r w:rsidRPr="004D13B5">
        <w:rPr>
          <w:rFonts w:ascii="Times New Roman" w:hAnsi="Times New Roman" w:cs="Times New Roman"/>
          <w:bCs/>
        </w:rPr>
        <w:t xml:space="preserve"> Mountain meadow based on the comprehensive index method. </w:t>
      </w:r>
      <w:proofErr w:type="spellStart"/>
      <w:r w:rsidRPr="004D13B5">
        <w:rPr>
          <w:rFonts w:ascii="Times New Roman" w:hAnsi="Times New Roman" w:cs="Times New Roman"/>
          <w:bCs/>
        </w:rPr>
        <w:t>Heliyon</w:t>
      </w:r>
      <w:proofErr w:type="spellEnd"/>
      <w:r w:rsidRPr="004D13B5">
        <w:rPr>
          <w:rFonts w:ascii="Times New Roman" w:hAnsi="Times New Roman" w:cs="Times New Roman"/>
          <w:bCs/>
        </w:rPr>
        <w:t xml:space="preserve">, 8(12), e11867. </w:t>
      </w:r>
      <w:hyperlink r:id="rId24" w:history="1">
        <w:r w:rsidRPr="005D1460">
          <w:rPr>
            <w:rStyle w:val="Hyperlink"/>
            <w:rFonts w:ascii="Times New Roman" w:hAnsi="Times New Roman" w:cs="Times New Roman"/>
            <w:bCs/>
          </w:rPr>
          <w:t>https://doi.org/10.1016/j.heliyon.2022.e11867</w:t>
        </w:r>
      </w:hyperlink>
      <w:r w:rsidRPr="004D13B5">
        <w:rPr>
          <w:rFonts w:ascii="Times New Roman" w:hAnsi="Times New Roman" w:cs="Times New Roman"/>
          <w:bCs/>
        </w:rPr>
        <w:t>.</w:t>
      </w:r>
    </w:p>
    <w:p w14:paraId="6681DA76" w14:textId="39E2E11F" w:rsidR="00B11655" w:rsidRPr="004D13B5" w:rsidRDefault="00B11655" w:rsidP="008943E1">
      <w:pPr>
        <w:pStyle w:val="Small"/>
        <w:numPr>
          <w:ilvl w:val="0"/>
          <w:numId w:val="10"/>
        </w:numPr>
        <w:jc w:val="both"/>
        <w:rPr>
          <w:rFonts w:ascii="Times New Roman" w:hAnsi="Times New Roman" w:cs="Times New Roman"/>
          <w:bCs/>
        </w:rPr>
      </w:pPr>
      <w:r w:rsidRPr="004D13B5">
        <w:rPr>
          <w:rFonts w:ascii="Times New Roman" w:hAnsi="Times New Roman" w:cs="Times New Roman"/>
          <w:bCs/>
        </w:rPr>
        <w:t xml:space="preserve">16. Sohel Rana, Razia Sultana Jemim, Zhi Li, Xiaodong Geng, Yanmei Wang, </w:t>
      </w:r>
      <w:proofErr w:type="spellStart"/>
      <w:r w:rsidRPr="004D13B5">
        <w:rPr>
          <w:rFonts w:ascii="Times New Roman" w:hAnsi="Times New Roman" w:cs="Times New Roman"/>
          <w:bCs/>
        </w:rPr>
        <w:t>Qifei</w:t>
      </w:r>
      <w:proofErr w:type="spellEnd"/>
      <w:r w:rsidRPr="004D13B5">
        <w:rPr>
          <w:rFonts w:ascii="Times New Roman" w:hAnsi="Times New Roman" w:cs="Times New Roman"/>
          <w:bCs/>
        </w:rPr>
        <w:t xml:space="preserve"> Cai, &amp; Zhen Liu* (2022). Study of the pattern of reproductive allocation and fruit development in young dioecious trees of </w:t>
      </w:r>
      <w:proofErr w:type="spellStart"/>
      <w:r w:rsidR="00E033DD" w:rsidRPr="008943E1">
        <w:rPr>
          <w:rFonts w:ascii="Times New Roman" w:hAnsi="Times New Roman" w:cs="Times New Roman"/>
          <w:bCs/>
        </w:rPr>
        <w:t>Idesia</w:t>
      </w:r>
      <w:proofErr w:type="spellEnd"/>
      <w:r w:rsidR="00E033DD" w:rsidRPr="008943E1">
        <w:rPr>
          <w:rFonts w:ascii="Times New Roman" w:hAnsi="Times New Roman" w:cs="Times New Roman"/>
          <w:bCs/>
        </w:rPr>
        <w:t xml:space="preserve"> </w:t>
      </w:r>
      <w:proofErr w:type="spellStart"/>
      <w:r w:rsidR="00E033DD" w:rsidRPr="008943E1">
        <w:rPr>
          <w:rFonts w:ascii="Times New Roman" w:hAnsi="Times New Roman" w:cs="Times New Roman"/>
          <w:bCs/>
        </w:rPr>
        <w:t>polycarpa</w:t>
      </w:r>
      <w:proofErr w:type="spellEnd"/>
      <w:r w:rsidRPr="004D13B5">
        <w:rPr>
          <w:rFonts w:ascii="Times New Roman" w:hAnsi="Times New Roman" w:cs="Times New Roman"/>
          <w:bCs/>
        </w:rPr>
        <w:t xml:space="preserve"> Maxim. South African Journal of Botany, 146, 472–480. </w:t>
      </w:r>
      <w:hyperlink r:id="rId25" w:history="1">
        <w:r w:rsidRPr="005D1460">
          <w:rPr>
            <w:rStyle w:val="Hyperlink"/>
            <w:rFonts w:ascii="Times New Roman" w:hAnsi="Times New Roman" w:cs="Times New Roman"/>
            <w:bCs/>
          </w:rPr>
          <w:t>https://doi.org/10.1016/j.sajb.2021.11.044</w:t>
        </w:r>
      </w:hyperlink>
      <w:r w:rsidRPr="004D13B5">
        <w:rPr>
          <w:rFonts w:ascii="Times New Roman" w:hAnsi="Times New Roman" w:cs="Times New Roman"/>
          <w:bCs/>
        </w:rPr>
        <w:t>.</w:t>
      </w:r>
    </w:p>
    <w:p w14:paraId="1EA6C50C" w14:textId="5991599E" w:rsidR="00B11655" w:rsidRPr="004D13B5" w:rsidRDefault="00B11655" w:rsidP="008943E1">
      <w:pPr>
        <w:pStyle w:val="Small"/>
        <w:numPr>
          <w:ilvl w:val="0"/>
          <w:numId w:val="10"/>
        </w:numPr>
        <w:jc w:val="both"/>
        <w:rPr>
          <w:rFonts w:ascii="Times New Roman" w:hAnsi="Times New Roman" w:cs="Times New Roman"/>
          <w:bCs/>
        </w:rPr>
      </w:pPr>
      <w:r w:rsidRPr="004D13B5">
        <w:rPr>
          <w:rFonts w:ascii="Times New Roman" w:hAnsi="Times New Roman" w:cs="Times New Roman"/>
          <w:bCs/>
        </w:rPr>
        <w:t xml:space="preserve">17. Sohel Rana &amp; Zhen Liu* (2021). Study on the pattern of vegetative growth in young dioecious trees of </w:t>
      </w:r>
      <w:proofErr w:type="spellStart"/>
      <w:r w:rsidR="00E033DD" w:rsidRPr="008943E1">
        <w:rPr>
          <w:rFonts w:ascii="Times New Roman" w:hAnsi="Times New Roman" w:cs="Times New Roman"/>
          <w:bCs/>
        </w:rPr>
        <w:t>Idesia</w:t>
      </w:r>
      <w:proofErr w:type="spellEnd"/>
      <w:r w:rsidR="00E033DD" w:rsidRPr="008943E1">
        <w:rPr>
          <w:rFonts w:ascii="Times New Roman" w:hAnsi="Times New Roman" w:cs="Times New Roman"/>
          <w:bCs/>
        </w:rPr>
        <w:t xml:space="preserve"> </w:t>
      </w:r>
      <w:proofErr w:type="spellStart"/>
      <w:r w:rsidR="00E033DD" w:rsidRPr="008943E1">
        <w:rPr>
          <w:rFonts w:ascii="Times New Roman" w:hAnsi="Times New Roman" w:cs="Times New Roman"/>
          <w:bCs/>
        </w:rPr>
        <w:t>polycarpa</w:t>
      </w:r>
      <w:proofErr w:type="spellEnd"/>
      <w:r w:rsidRPr="004D13B5">
        <w:rPr>
          <w:rFonts w:ascii="Times New Roman" w:hAnsi="Times New Roman" w:cs="Times New Roman"/>
          <w:bCs/>
        </w:rPr>
        <w:t xml:space="preserve"> Maxim. Trees: Structure and Function, 35, 69–80. </w:t>
      </w:r>
      <w:hyperlink r:id="rId26" w:history="1">
        <w:r w:rsidRPr="005D1460">
          <w:rPr>
            <w:rStyle w:val="Hyperlink"/>
            <w:rFonts w:ascii="Times New Roman" w:hAnsi="Times New Roman" w:cs="Times New Roman"/>
            <w:bCs/>
          </w:rPr>
          <w:t>https://doi.org/10.1007/s00468-020-02013-7</w:t>
        </w:r>
      </w:hyperlink>
      <w:r w:rsidRPr="004D13B5">
        <w:rPr>
          <w:rFonts w:ascii="Times New Roman" w:hAnsi="Times New Roman" w:cs="Times New Roman"/>
          <w:bCs/>
        </w:rPr>
        <w:t>.</w:t>
      </w:r>
    </w:p>
    <w:p w14:paraId="04F23DCF" w14:textId="77777777" w:rsidR="006E59EC" w:rsidRPr="004D13B5" w:rsidRDefault="00000000" w:rsidP="004D13B5">
      <w:pPr>
        <w:pStyle w:val="SectionCN"/>
        <w:keepNext/>
        <w:jc w:val="both"/>
        <w:rPr>
          <w:rFonts w:ascii="Times New Roman" w:hAnsi="Times New Roman" w:cs="Times New Roman"/>
        </w:rPr>
      </w:pPr>
      <w:proofErr w:type="spellStart"/>
      <w:r w:rsidRPr="004D13B5">
        <w:rPr>
          <w:rFonts w:ascii="Times New Roman" w:hAnsi="Times New Roman" w:cs="Times New Roman"/>
        </w:rPr>
        <w:t>五、奖励情况</w:t>
      </w:r>
      <w:proofErr w:type="spellEnd"/>
    </w:p>
    <w:p w14:paraId="5C39D29D" w14:textId="77777777" w:rsidR="006E59EC" w:rsidRPr="004D13B5" w:rsidRDefault="00000000" w:rsidP="004D13B5">
      <w:pPr>
        <w:pStyle w:val="Small"/>
        <w:ind w:left="283" w:hanging="283"/>
        <w:jc w:val="both"/>
        <w:rPr>
          <w:rFonts w:ascii="Times New Roman" w:hAnsi="Times New Roman" w:cs="Times New Roman"/>
          <w:bCs/>
        </w:rPr>
      </w:pPr>
      <w:r w:rsidRPr="004D13B5">
        <w:rPr>
          <w:rFonts w:ascii="Times New Roman" w:hAnsi="Times New Roman" w:cs="Times New Roman"/>
          <w:bCs/>
        </w:rPr>
        <w:t xml:space="preserve">1. </w:t>
      </w:r>
      <w:r w:rsidRPr="004D13B5">
        <w:rPr>
          <w:rFonts w:ascii="Times New Roman" w:hAnsi="Times New Roman" w:cs="Times New Roman"/>
          <w:bCs/>
        </w:rPr>
        <w:t>中国科学院华南植物园博士后奖助（</w:t>
      </w:r>
      <w:r w:rsidRPr="004D13B5">
        <w:rPr>
          <w:rFonts w:ascii="Times New Roman" w:hAnsi="Times New Roman" w:cs="Times New Roman"/>
          <w:bCs/>
        </w:rPr>
        <w:t>2024</w:t>
      </w:r>
      <w:r w:rsidRPr="004D13B5">
        <w:rPr>
          <w:rFonts w:ascii="Times New Roman" w:hAnsi="Times New Roman" w:cs="Times New Roman"/>
          <w:bCs/>
        </w:rPr>
        <w:t>年</w:t>
      </w:r>
      <w:r w:rsidRPr="004D13B5">
        <w:rPr>
          <w:rFonts w:ascii="Times New Roman" w:hAnsi="Times New Roman" w:cs="Times New Roman"/>
          <w:bCs/>
        </w:rPr>
        <w:t>7</w:t>
      </w:r>
      <w:r w:rsidRPr="004D13B5">
        <w:rPr>
          <w:rFonts w:ascii="Times New Roman" w:hAnsi="Times New Roman" w:cs="Times New Roman"/>
          <w:bCs/>
        </w:rPr>
        <w:t>月</w:t>
      </w:r>
      <w:r w:rsidRPr="004D13B5">
        <w:rPr>
          <w:rFonts w:ascii="Times New Roman" w:hAnsi="Times New Roman" w:cs="Times New Roman"/>
          <w:bCs/>
        </w:rPr>
        <w:t>—2026</w:t>
      </w:r>
      <w:r w:rsidRPr="004D13B5">
        <w:rPr>
          <w:rFonts w:ascii="Times New Roman" w:hAnsi="Times New Roman" w:cs="Times New Roman"/>
          <w:bCs/>
        </w:rPr>
        <w:t>年</w:t>
      </w:r>
      <w:r w:rsidRPr="004D13B5">
        <w:rPr>
          <w:rFonts w:ascii="Times New Roman" w:hAnsi="Times New Roman" w:cs="Times New Roman"/>
          <w:bCs/>
        </w:rPr>
        <w:t>6</w:t>
      </w:r>
      <w:r w:rsidRPr="004D13B5">
        <w:rPr>
          <w:rFonts w:ascii="Times New Roman" w:hAnsi="Times New Roman" w:cs="Times New Roman"/>
          <w:bCs/>
        </w:rPr>
        <w:t>月）。</w:t>
      </w:r>
    </w:p>
    <w:p w14:paraId="3151B584" w14:textId="77777777" w:rsidR="006E59EC" w:rsidRPr="004D13B5" w:rsidRDefault="00000000" w:rsidP="004D13B5">
      <w:pPr>
        <w:pStyle w:val="Small"/>
        <w:ind w:left="283" w:hanging="283"/>
        <w:jc w:val="both"/>
        <w:rPr>
          <w:rFonts w:ascii="Times New Roman" w:hAnsi="Times New Roman" w:cs="Times New Roman"/>
          <w:bCs/>
        </w:rPr>
      </w:pPr>
      <w:r w:rsidRPr="004D13B5">
        <w:rPr>
          <w:rFonts w:ascii="Times New Roman" w:hAnsi="Times New Roman" w:cs="Times New Roman"/>
          <w:bCs/>
        </w:rPr>
        <w:t xml:space="preserve">2. </w:t>
      </w:r>
      <w:r w:rsidRPr="004D13B5">
        <w:rPr>
          <w:rFonts w:ascii="Times New Roman" w:hAnsi="Times New Roman" w:cs="Times New Roman"/>
          <w:bCs/>
        </w:rPr>
        <w:t>河南省政府博士研究生奖学金（</w:t>
      </w:r>
      <w:r w:rsidRPr="004D13B5">
        <w:rPr>
          <w:rFonts w:ascii="Times New Roman" w:hAnsi="Times New Roman" w:cs="Times New Roman"/>
          <w:bCs/>
        </w:rPr>
        <w:t>2019</w:t>
      </w:r>
      <w:r w:rsidRPr="004D13B5">
        <w:rPr>
          <w:rFonts w:ascii="Times New Roman" w:hAnsi="Times New Roman" w:cs="Times New Roman"/>
          <w:bCs/>
        </w:rPr>
        <w:t>年</w:t>
      </w:r>
      <w:r w:rsidRPr="004D13B5">
        <w:rPr>
          <w:rFonts w:ascii="Times New Roman" w:hAnsi="Times New Roman" w:cs="Times New Roman"/>
          <w:bCs/>
        </w:rPr>
        <w:t>9</w:t>
      </w:r>
      <w:r w:rsidRPr="004D13B5">
        <w:rPr>
          <w:rFonts w:ascii="Times New Roman" w:hAnsi="Times New Roman" w:cs="Times New Roman"/>
          <w:bCs/>
        </w:rPr>
        <w:t>月</w:t>
      </w:r>
      <w:r w:rsidRPr="004D13B5">
        <w:rPr>
          <w:rFonts w:ascii="Times New Roman" w:hAnsi="Times New Roman" w:cs="Times New Roman"/>
          <w:bCs/>
        </w:rPr>
        <w:t>—2023</w:t>
      </w:r>
      <w:r w:rsidRPr="004D13B5">
        <w:rPr>
          <w:rFonts w:ascii="Times New Roman" w:hAnsi="Times New Roman" w:cs="Times New Roman"/>
          <w:bCs/>
        </w:rPr>
        <w:t>年</w:t>
      </w:r>
      <w:r w:rsidRPr="004D13B5">
        <w:rPr>
          <w:rFonts w:ascii="Times New Roman" w:hAnsi="Times New Roman" w:cs="Times New Roman"/>
          <w:bCs/>
        </w:rPr>
        <w:t>12</w:t>
      </w:r>
      <w:r w:rsidRPr="004D13B5">
        <w:rPr>
          <w:rFonts w:ascii="Times New Roman" w:hAnsi="Times New Roman" w:cs="Times New Roman"/>
          <w:bCs/>
        </w:rPr>
        <w:t>月）。</w:t>
      </w:r>
    </w:p>
    <w:p w14:paraId="26AD52AF" w14:textId="77777777" w:rsidR="006E59EC" w:rsidRPr="004D13B5" w:rsidRDefault="00000000" w:rsidP="004D13B5">
      <w:pPr>
        <w:pStyle w:val="Small"/>
        <w:ind w:left="283" w:hanging="283"/>
        <w:jc w:val="both"/>
        <w:rPr>
          <w:rFonts w:ascii="Times New Roman" w:hAnsi="Times New Roman" w:cs="Times New Roman"/>
          <w:bCs/>
        </w:rPr>
      </w:pPr>
      <w:r w:rsidRPr="004D13B5">
        <w:rPr>
          <w:rFonts w:ascii="Times New Roman" w:hAnsi="Times New Roman" w:cs="Times New Roman"/>
          <w:bCs/>
        </w:rPr>
        <w:t xml:space="preserve">3. </w:t>
      </w:r>
      <w:r w:rsidRPr="004D13B5">
        <w:rPr>
          <w:rFonts w:ascii="Times New Roman" w:hAnsi="Times New Roman" w:cs="Times New Roman"/>
          <w:bCs/>
        </w:rPr>
        <w:t>河南省政府硕士研究生奖学金（</w:t>
      </w:r>
      <w:r w:rsidRPr="004D13B5">
        <w:rPr>
          <w:rFonts w:ascii="Times New Roman" w:hAnsi="Times New Roman" w:cs="Times New Roman"/>
          <w:bCs/>
        </w:rPr>
        <w:t>2016</w:t>
      </w:r>
      <w:r w:rsidRPr="004D13B5">
        <w:rPr>
          <w:rFonts w:ascii="Times New Roman" w:hAnsi="Times New Roman" w:cs="Times New Roman"/>
          <w:bCs/>
        </w:rPr>
        <w:t>年</w:t>
      </w:r>
      <w:r w:rsidRPr="004D13B5">
        <w:rPr>
          <w:rFonts w:ascii="Times New Roman" w:hAnsi="Times New Roman" w:cs="Times New Roman"/>
          <w:bCs/>
        </w:rPr>
        <w:t>9</w:t>
      </w:r>
      <w:r w:rsidRPr="004D13B5">
        <w:rPr>
          <w:rFonts w:ascii="Times New Roman" w:hAnsi="Times New Roman" w:cs="Times New Roman"/>
          <w:bCs/>
        </w:rPr>
        <w:t>月</w:t>
      </w:r>
      <w:r w:rsidRPr="004D13B5">
        <w:rPr>
          <w:rFonts w:ascii="Times New Roman" w:hAnsi="Times New Roman" w:cs="Times New Roman"/>
          <w:bCs/>
        </w:rPr>
        <w:t>—2019</w:t>
      </w:r>
      <w:r w:rsidRPr="004D13B5">
        <w:rPr>
          <w:rFonts w:ascii="Times New Roman" w:hAnsi="Times New Roman" w:cs="Times New Roman"/>
          <w:bCs/>
        </w:rPr>
        <w:t>年</w:t>
      </w:r>
      <w:r w:rsidRPr="004D13B5">
        <w:rPr>
          <w:rFonts w:ascii="Times New Roman" w:hAnsi="Times New Roman" w:cs="Times New Roman"/>
          <w:bCs/>
        </w:rPr>
        <w:t>7</w:t>
      </w:r>
      <w:r w:rsidRPr="004D13B5">
        <w:rPr>
          <w:rFonts w:ascii="Times New Roman" w:hAnsi="Times New Roman" w:cs="Times New Roman"/>
          <w:bCs/>
        </w:rPr>
        <w:t>月）。</w:t>
      </w:r>
    </w:p>
    <w:p w14:paraId="6249D339" w14:textId="77777777" w:rsidR="006E59EC" w:rsidRPr="004D13B5" w:rsidRDefault="00000000" w:rsidP="004D13B5">
      <w:pPr>
        <w:pStyle w:val="SectionCN"/>
        <w:keepNext/>
        <w:jc w:val="both"/>
        <w:rPr>
          <w:rFonts w:ascii="Times New Roman" w:hAnsi="Times New Roman" w:cs="Times New Roman"/>
        </w:rPr>
      </w:pPr>
      <w:r w:rsidRPr="004D13B5">
        <w:rPr>
          <w:rFonts w:ascii="Times New Roman" w:hAnsi="Times New Roman" w:cs="Times New Roman"/>
        </w:rPr>
        <w:t>六、学术兼职</w:t>
      </w:r>
    </w:p>
    <w:p w14:paraId="45390EC5" w14:textId="3ECE642C" w:rsidR="006E59EC" w:rsidRPr="004D13B5" w:rsidRDefault="00000000" w:rsidP="004D13B5">
      <w:pPr>
        <w:pStyle w:val="Small"/>
        <w:ind w:left="283" w:hanging="283"/>
        <w:jc w:val="both"/>
        <w:rPr>
          <w:rFonts w:ascii="Times New Roman" w:hAnsi="Times New Roman" w:cs="Times New Roman"/>
          <w:bCs/>
        </w:rPr>
      </w:pPr>
      <w:r w:rsidRPr="004D13B5">
        <w:rPr>
          <w:rFonts w:ascii="Times New Roman" w:hAnsi="Times New Roman" w:cs="Times New Roman"/>
          <w:bCs/>
        </w:rPr>
        <w:t>担任</w:t>
      </w:r>
      <w:r w:rsidRPr="004D13B5">
        <w:rPr>
          <w:rFonts w:ascii="Times New Roman" w:hAnsi="Times New Roman" w:cs="Times New Roman"/>
          <w:bCs/>
        </w:rPr>
        <w:t xml:space="preserve"> Plant and Cell Physiology</w:t>
      </w:r>
      <w:r w:rsidRPr="004D13B5">
        <w:rPr>
          <w:rFonts w:ascii="Times New Roman" w:hAnsi="Times New Roman" w:cs="Times New Roman"/>
          <w:bCs/>
        </w:rPr>
        <w:t>、</w:t>
      </w:r>
      <w:r w:rsidRPr="004D13B5">
        <w:rPr>
          <w:rFonts w:ascii="Times New Roman" w:hAnsi="Times New Roman" w:cs="Times New Roman"/>
          <w:bCs/>
        </w:rPr>
        <w:t>Plants</w:t>
      </w:r>
      <w:r w:rsidRPr="004D13B5">
        <w:rPr>
          <w:rFonts w:ascii="Times New Roman" w:hAnsi="Times New Roman" w:cs="Times New Roman"/>
          <w:bCs/>
        </w:rPr>
        <w:t>、</w:t>
      </w:r>
      <w:r w:rsidRPr="004D13B5">
        <w:rPr>
          <w:rFonts w:ascii="Times New Roman" w:hAnsi="Times New Roman" w:cs="Times New Roman"/>
          <w:bCs/>
        </w:rPr>
        <w:t>Horticulturae</w:t>
      </w:r>
      <w:r w:rsidRPr="004D13B5">
        <w:rPr>
          <w:rFonts w:ascii="Times New Roman" w:hAnsi="Times New Roman" w:cs="Times New Roman"/>
          <w:bCs/>
        </w:rPr>
        <w:t>、</w:t>
      </w:r>
      <w:r w:rsidRPr="004D13B5">
        <w:rPr>
          <w:rFonts w:ascii="Times New Roman" w:hAnsi="Times New Roman" w:cs="Times New Roman"/>
          <w:bCs/>
        </w:rPr>
        <w:t>PeerJ</w:t>
      </w:r>
      <w:r w:rsidRPr="004D13B5">
        <w:rPr>
          <w:rFonts w:ascii="Times New Roman" w:hAnsi="Times New Roman" w:cs="Times New Roman"/>
          <w:bCs/>
        </w:rPr>
        <w:t>、</w:t>
      </w:r>
      <w:r w:rsidRPr="004D13B5">
        <w:rPr>
          <w:rFonts w:ascii="Times New Roman" w:hAnsi="Times New Roman" w:cs="Times New Roman"/>
          <w:bCs/>
        </w:rPr>
        <w:t>Heliyon</w:t>
      </w:r>
      <w:r w:rsidRPr="004D13B5">
        <w:rPr>
          <w:rFonts w:ascii="Times New Roman" w:hAnsi="Times New Roman" w:cs="Times New Roman"/>
          <w:bCs/>
        </w:rPr>
        <w:t>、</w:t>
      </w:r>
      <w:r w:rsidRPr="004D13B5">
        <w:rPr>
          <w:rFonts w:ascii="Times New Roman" w:hAnsi="Times New Roman" w:cs="Times New Roman"/>
          <w:bCs/>
        </w:rPr>
        <w:t>Forests</w:t>
      </w:r>
      <w:r w:rsidRPr="004D13B5">
        <w:rPr>
          <w:rFonts w:ascii="Times New Roman" w:hAnsi="Times New Roman" w:cs="Times New Roman"/>
          <w:bCs/>
        </w:rPr>
        <w:t>、</w:t>
      </w:r>
      <w:r w:rsidRPr="004D13B5">
        <w:rPr>
          <w:rFonts w:ascii="Times New Roman" w:hAnsi="Times New Roman" w:cs="Times New Roman"/>
          <w:bCs/>
        </w:rPr>
        <w:t xml:space="preserve">Agricultural Water </w:t>
      </w:r>
      <w:proofErr w:type="spellStart"/>
      <w:r w:rsidRPr="004D13B5">
        <w:rPr>
          <w:rFonts w:ascii="Times New Roman" w:hAnsi="Times New Roman" w:cs="Times New Roman"/>
          <w:bCs/>
        </w:rPr>
        <w:t>Management</w:t>
      </w:r>
      <w:r w:rsidRPr="004D13B5">
        <w:rPr>
          <w:rFonts w:ascii="Times New Roman" w:hAnsi="Times New Roman" w:cs="Times New Roman"/>
          <w:bCs/>
        </w:rPr>
        <w:t>、</w:t>
      </w:r>
      <w:r w:rsidRPr="004D13B5">
        <w:rPr>
          <w:rFonts w:ascii="Times New Roman" w:hAnsi="Times New Roman" w:cs="Times New Roman"/>
          <w:bCs/>
        </w:rPr>
        <w:t>Agronomy</w:t>
      </w:r>
      <w:r w:rsidRPr="004D13B5">
        <w:rPr>
          <w:rFonts w:ascii="Times New Roman" w:hAnsi="Times New Roman" w:cs="Times New Roman"/>
          <w:bCs/>
        </w:rPr>
        <w:t>、</w:t>
      </w:r>
      <w:r w:rsidRPr="004D13B5">
        <w:rPr>
          <w:rFonts w:ascii="Times New Roman" w:hAnsi="Times New Roman" w:cs="Times New Roman"/>
          <w:bCs/>
        </w:rPr>
        <w:t>Biology</w:t>
      </w:r>
      <w:proofErr w:type="spellEnd"/>
      <w:r w:rsidRPr="004D13B5">
        <w:rPr>
          <w:rFonts w:ascii="Times New Roman" w:hAnsi="Times New Roman" w:cs="Times New Roman"/>
          <w:bCs/>
        </w:rPr>
        <w:t xml:space="preserve"> (MDPI) </w:t>
      </w:r>
      <w:proofErr w:type="spellStart"/>
      <w:r w:rsidRPr="004D13B5">
        <w:rPr>
          <w:rFonts w:ascii="Times New Roman" w:hAnsi="Times New Roman" w:cs="Times New Roman"/>
          <w:bCs/>
        </w:rPr>
        <w:t>等期刊审稿人</w:t>
      </w:r>
      <w:proofErr w:type="spellEnd"/>
      <w:r w:rsidRPr="004D13B5">
        <w:rPr>
          <w:rFonts w:ascii="Times New Roman" w:hAnsi="Times New Roman" w:cs="Times New Roman"/>
          <w:bCs/>
        </w:rPr>
        <w:t>。</w:t>
      </w:r>
    </w:p>
    <w:p w14:paraId="38F865F9" w14:textId="77777777" w:rsidR="006E59EC" w:rsidRPr="004D13B5" w:rsidRDefault="00000000" w:rsidP="004D13B5">
      <w:pPr>
        <w:pStyle w:val="SectionCN"/>
        <w:keepNext/>
        <w:jc w:val="both"/>
        <w:rPr>
          <w:rFonts w:ascii="Times New Roman" w:hAnsi="Times New Roman" w:cs="Times New Roman"/>
        </w:rPr>
      </w:pPr>
      <w:r w:rsidRPr="004D13B5">
        <w:rPr>
          <w:rFonts w:ascii="Times New Roman" w:hAnsi="Times New Roman" w:cs="Times New Roman"/>
        </w:rPr>
        <w:t>七、承担课程</w:t>
      </w:r>
    </w:p>
    <w:p w14:paraId="65FBB297" w14:textId="77777777" w:rsidR="006E59EC" w:rsidRPr="004D13B5" w:rsidRDefault="00000000" w:rsidP="004D13B5">
      <w:pPr>
        <w:pStyle w:val="SectionCN"/>
        <w:keepNext/>
        <w:jc w:val="both"/>
        <w:rPr>
          <w:rFonts w:ascii="Times New Roman" w:hAnsi="Times New Roman" w:cs="Times New Roman"/>
        </w:rPr>
      </w:pPr>
      <w:proofErr w:type="spellStart"/>
      <w:r w:rsidRPr="004D13B5">
        <w:rPr>
          <w:rFonts w:ascii="Times New Roman" w:hAnsi="Times New Roman" w:cs="Times New Roman"/>
        </w:rPr>
        <w:t>八、指导学生获奖</w:t>
      </w:r>
      <w:proofErr w:type="spellEnd"/>
    </w:p>
    <w:p w14:paraId="03FF2F90" w14:textId="77777777" w:rsidR="006E59EC" w:rsidRPr="004D13B5" w:rsidRDefault="00000000" w:rsidP="004D13B5">
      <w:pPr>
        <w:pStyle w:val="Small"/>
        <w:ind w:left="283" w:hanging="283"/>
        <w:jc w:val="both"/>
        <w:rPr>
          <w:rFonts w:ascii="Times New Roman" w:hAnsi="Times New Roman" w:cs="Times New Roman"/>
          <w:bCs/>
        </w:rPr>
      </w:pPr>
      <w:r w:rsidRPr="004D13B5">
        <w:rPr>
          <w:rFonts w:ascii="Times New Roman" w:hAnsi="Times New Roman" w:cs="Times New Roman"/>
          <w:bCs/>
        </w:rPr>
        <w:t>—</w:t>
      </w:r>
    </w:p>
    <w:p w14:paraId="6FD05F95" w14:textId="77777777" w:rsidR="006E59EC" w:rsidRPr="004D13B5" w:rsidRDefault="00000000" w:rsidP="004D13B5">
      <w:pPr>
        <w:jc w:val="both"/>
        <w:rPr>
          <w:rFonts w:ascii="Times New Roman" w:hAnsi="Times New Roman" w:cs="Times New Roman"/>
          <w:bCs/>
        </w:rPr>
      </w:pPr>
      <w:r w:rsidRPr="004D13B5">
        <w:rPr>
          <w:rFonts w:ascii="Times New Roman" w:hAnsi="Times New Roman" w:cs="Times New Roman"/>
          <w:bCs/>
        </w:rPr>
        <w:lastRenderedPageBreak/>
        <w:br/>
      </w:r>
    </w:p>
    <w:p w14:paraId="72D47EAF" w14:textId="77777777" w:rsidR="004D13B5" w:rsidRDefault="004D13B5">
      <w:pPr>
        <w:spacing w:after="200" w:line="276" w:lineRule="auto"/>
        <w:rPr>
          <w:rFonts w:ascii="Times New Roman" w:hAnsi="Times New Roman" w:cs="Times New Roman"/>
          <w:bCs/>
          <w:sz w:val="38"/>
        </w:rPr>
      </w:pPr>
      <w:r>
        <w:rPr>
          <w:rFonts w:ascii="Times New Roman" w:hAnsi="Times New Roman" w:cs="Times New Roman"/>
          <w:b/>
          <w:bCs/>
        </w:rPr>
        <w:br w:type="page"/>
      </w:r>
    </w:p>
    <w:p w14:paraId="27EFC0C8" w14:textId="62D725DD" w:rsidR="006E59EC" w:rsidRPr="004D13B5" w:rsidRDefault="00000000" w:rsidP="004D13B5">
      <w:pPr>
        <w:pStyle w:val="TitleCN"/>
        <w:spacing w:after="180"/>
        <w:jc w:val="center"/>
        <w:rPr>
          <w:rFonts w:ascii="Times New Roman" w:hAnsi="Times New Roman" w:cs="Times New Roman"/>
          <w:b w:val="0"/>
          <w:bCs/>
        </w:rPr>
      </w:pPr>
      <w:r w:rsidRPr="004D13B5">
        <w:rPr>
          <w:rFonts w:ascii="Times New Roman" w:hAnsi="Times New Roman" w:cs="Times New Roman"/>
          <w:b w:val="0"/>
          <w:bCs/>
        </w:rPr>
        <w:lastRenderedPageBreak/>
        <w:t>PERSONAL PROFILE (ENGLISH)</w:t>
      </w:r>
    </w:p>
    <w:p w14:paraId="33C370A1" w14:textId="77777777" w:rsidR="006E59EC" w:rsidRPr="007D484D" w:rsidRDefault="00000000" w:rsidP="004D13B5">
      <w:pPr>
        <w:pStyle w:val="SectionCN"/>
        <w:keepNext/>
        <w:jc w:val="both"/>
        <w:rPr>
          <w:rFonts w:ascii="Times New Roman" w:hAnsi="Times New Roman" w:cs="Times New Roman"/>
        </w:rPr>
      </w:pPr>
      <w:r w:rsidRPr="007D484D">
        <w:rPr>
          <w:rFonts w:ascii="Times New Roman" w:hAnsi="Times New Roman" w:cs="Times New Roman"/>
        </w:rPr>
        <w:t>1. Basic Information</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986"/>
        <w:gridCol w:w="4986"/>
      </w:tblGrid>
      <w:tr w:rsidR="006E59EC" w:rsidRPr="004D13B5" w14:paraId="6F4391D6" w14:textId="77777777">
        <w:trPr>
          <w:jc w:val="center"/>
        </w:trPr>
        <w:tc>
          <w:tcPr>
            <w:tcW w:w="4986" w:type="dxa"/>
            <w:tcMar>
              <w:top w:w="0" w:type="dxa"/>
              <w:left w:w="0" w:type="dxa"/>
              <w:bottom w:w="0" w:type="dxa"/>
              <w:right w:w="100" w:type="dxa"/>
            </w:tcMar>
          </w:tcPr>
          <w:p w14:paraId="6BC49E43" w14:textId="77777777" w:rsidR="006E59EC" w:rsidRPr="004D13B5" w:rsidRDefault="00000000" w:rsidP="004D13B5">
            <w:pPr>
              <w:spacing w:after="28"/>
              <w:jc w:val="both"/>
              <w:rPr>
                <w:rFonts w:ascii="Times New Roman" w:hAnsi="Times New Roman" w:cs="Times New Roman"/>
                <w:bCs/>
              </w:rPr>
            </w:pPr>
            <w:r w:rsidRPr="007D484D">
              <w:rPr>
                <w:rFonts w:ascii="Times New Roman" w:hAnsi="Times New Roman" w:cs="Times New Roman"/>
                <w:b/>
              </w:rPr>
              <w:t>Name</w:t>
            </w:r>
            <w:r w:rsidRPr="00E033DD">
              <w:rPr>
                <w:rFonts w:ascii="Times New Roman" w:hAnsi="Times New Roman" w:cs="Times New Roman"/>
                <w:b/>
              </w:rPr>
              <w:t>:</w:t>
            </w:r>
            <w:r w:rsidRPr="004D13B5">
              <w:rPr>
                <w:rFonts w:ascii="Times New Roman" w:hAnsi="Times New Roman" w:cs="Times New Roman"/>
                <w:bCs/>
              </w:rPr>
              <w:t xml:space="preserve"> Md Sohel Rana, Ph.D.</w:t>
            </w:r>
          </w:p>
          <w:p w14:paraId="70F85F02" w14:textId="77777777" w:rsidR="006E59EC" w:rsidRPr="004D13B5" w:rsidRDefault="00000000" w:rsidP="004D13B5">
            <w:pPr>
              <w:spacing w:after="28"/>
              <w:jc w:val="both"/>
              <w:rPr>
                <w:rFonts w:ascii="Times New Roman" w:hAnsi="Times New Roman" w:cs="Times New Roman"/>
                <w:bCs/>
              </w:rPr>
            </w:pPr>
            <w:r w:rsidRPr="00E033DD">
              <w:rPr>
                <w:rFonts w:ascii="Times New Roman" w:hAnsi="Times New Roman" w:cs="Times New Roman"/>
                <w:b/>
              </w:rPr>
              <w:t xml:space="preserve">Academic title: </w:t>
            </w:r>
            <w:r w:rsidRPr="004D13B5">
              <w:rPr>
                <w:rFonts w:ascii="Times New Roman" w:hAnsi="Times New Roman" w:cs="Times New Roman"/>
                <w:bCs/>
              </w:rPr>
              <w:t>Postdoctoral Researcher</w:t>
            </w:r>
          </w:p>
          <w:p w14:paraId="0361B482" w14:textId="19B6528F" w:rsidR="006E59EC" w:rsidRPr="004D13B5" w:rsidRDefault="00000000" w:rsidP="004D13B5">
            <w:pPr>
              <w:spacing w:after="28"/>
              <w:jc w:val="both"/>
              <w:rPr>
                <w:rFonts w:ascii="Times New Roman" w:hAnsi="Times New Roman" w:cs="Times New Roman"/>
                <w:bCs/>
              </w:rPr>
            </w:pPr>
            <w:r w:rsidRPr="00E033DD">
              <w:rPr>
                <w:rFonts w:ascii="Times New Roman" w:hAnsi="Times New Roman" w:cs="Times New Roman"/>
                <w:b/>
              </w:rPr>
              <w:t xml:space="preserve">Position: </w:t>
            </w:r>
            <w:r w:rsidR="007D484D" w:rsidRPr="007D484D">
              <w:rPr>
                <w:rFonts w:ascii="Times New Roman" w:hAnsi="Times New Roman" w:cs="Times New Roman"/>
                <w:bCs/>
              </w:rPr>
              <w:t>Assistant Research Associate</w:t>
            </w:r>
            <w:r w:rsidR="007D484D">
              <w:rPr>
                <w:rFonts w:ascii="Times New Roman" w:hAnsi="Times New Roman" w:cs="Times New Roman"/>
                <w:bCs/>
              </w:rPr>
              <w:t xml:space="preserve"> </w:t>
            </w:r>
          </w:p>
          <w:p w14:paraId="56569E8A" w14:textId="77777777" w:rsidR="006E59EC" w:rsidRPr="004D13B5" w:rsidRDefault="00000000" w:rsidP="004D13B5">
            <w:pPr>
              <w:spacing w:after="28"/>
              <w:jc w:val="both"/>
              <w:rPr>
                <w:rFonts w:ascii="Times New Roman" w:hAnsi="Times New Roman" w:cs="Times New Roman"/>
                <w:bCs/>
              </w:rPr>
            </w:pPr>
            <w:r w:rsidRPr="00E033DD">
              <w:rPr>
                <w:rFonts w:ascii="Times New Roman" w:hAnsi="Times New Roman" w:cs="Times New Roman"/>
                <w:b/>
              </w:rPr>
              <w:t>Degree:</w:t>
            </w:r>
            <w:r w:rsidRPr="004D13B5">
              <w:rPr>
                <w:rFonts w:ascii="Times New Roman" w:hAnsi="Times New Roman" w:cs="Times New Roman"/>
                <w:bCs/>
              </w:rPr>
              <w:t xml:space="preserve"> Ph.D. in Forestry</w:t>
            </w:r>
          </w:p>
          <w:p w14:paraId="540D00A1" w14:textId="77777777" w:rsidR="006E59EC" w:rsidRPr="004D13B5" w:rsidRDefault="00000000" w:rsidP="004D13B5">
            <w:pPr>
              <w:spacing w:after="28"/>
              <w:jc w:val="both"/>
              <w:rPr>
                <w:rFonts w:ascii="Times New Roman" w:hAnsi="Times New Roman" w:cs="Times New Roman"/>
                <w:bCs/>
              </w:rPr>
            </w:pPr>
            <w:r w:rsidRPr="00E033DD">
              <w:rPr>
                <w:rFonts w:ascii="Times New Roman" w:hAnsi="Times New Roman" w:cs="Times New Roman"/>
                <w:b/>
              </w:rPr>
              <w:t>Highest qualification:</w:t>
            </w:r>
            <w:r w:rsidRPr="004D13B5">
              <w:rPr>
                <w:rFonts w:ascii="Times New Roman" w:hAnsi="Times New Roman" w:cs="Times New Roman"/>
                <w:bCs/>
              </w:rPr>
              <w:t xml:space="preserve"> Doctoral degree</w:t>
            </w:r>
          </w:p>
          <w:p w14:paraId="11DDFAEE" w14:textId="77777777" w:rsidR="006E59EC" w:rsidRPr="004D13B5" w:rsidRDefault="00000000" w:rsidP="004D13B5">
            <w:pPr>
              <w:spacing w:after="28"/>
              <w:jc w:val="both"/>
              <w:rPr>
                <w:rFonts w:ascii="Times New Roman" w:hAnsi="Times New Roman" w:cs="Times New Roman"/>
                <w:bCs/>
              </w:rPr>
            </w:pPr>
            <w:r w:rsidRPr="00E033DD">
              <w:rPr>
                <w:rFonts w:ascii="Times New Roman" w:hAnsi="Times New Roman" w:cs="Times New Roman"/>
                <w:b/>
              </w:rPr>
              <w:t>Political affiliation:</w:t>
            </w:r>
            <w:r w:rsidRPr="004D13B5">
              <w:rPr>
                <w:rFonts w:ascii="Times New Roman" w:hAnsi="Times New Roman" w:cs="Times New Roman"/>
                <w:bCs/>
              </w:rPr>
              <w:t xml:space="preserve"> —</w:t>
            </w:r>
          </w:p>
          <w:p w14:paraId="0BF03928" w14:textId="77777777" w:rsidR="006E59EC" w:rsidRPr="004D13B5" w:rsidRDefault="00000000" w:rsidP="004D13B5">
            <w:pPr>
              <w:spacing w:after="28"/>
              <w:jc w:val="both"/>
              <w:rPr>
                <w:rFonts w:ascii="Times New Roman" w:hAnsi="Times New Roman" w:cs="Times New Roman"/>
                <w:bCs/>
              </w:rPr>
            </w:pPr>
            <w:r w:rsidRPr="00E033DD">
              <w:rPr>
                <w:rFonts w:ascii="Times New Roman" w:hAnsi="Times New Roman" w:cs="Times New Roman"/>
                <w:b/>
              </w:rPr>
              <w:t>Telephone:</w:t>
            </w:r>
            <w:r w:rsidRPr="004D13B5">
              <w:rPr>
                <w:rFonts w:ascii="Times New Roman" w:hAnsi="Times New Roman" w:cs="Times New Roman"/>
                <w:bCs/>
              </w:rPr>
              <w:t xml:space="preserve"> +86-13611475773</w:t>
            </w:r>
          </w:p>
          <w:p w14:paraId="19CD6BF4" w14:textId="77777777" w:rsidR="006E59EC" w:rsidRPr="004D13B5" w:rsidRDefault="00000000" w:rsidP="004D13B5">
            <w:pPr>
              <w:spacing w:after="28"/>
              <w:jc w:val="both"/>
              <w:rPr>
                <w:rFonts w:ascii="Times New Roman" w:hAnsi="Times New Roman" w:cs="Times New Roman"/>
                <w:bCs/>
              </w:rPr>
            </w:pPr>
            <w:r w:rsidRPr="00E033DD">
              <w:rPr>
                <w:rFonts w:ascii="Times New Roman" w:hAnsi="Times New Roman" w:cs="Times New Roman"/>
                <w:b/>
              </w:rPr>
              <w:t>Email:</w:t>
            </w:r>
            <w:r w:rsidRPr="004D13B5">
              <w:rPr>
                <w:rFonts w:ascii="Times New Roman" w:hAnsi="Times New Roman" w:cs="Times New Roman"/>
                <w:bCs/>
              </w:rPr>
              <w:t xml:space="preserve"> rana@nbu.edu.cn</w:t>
            </w:r>
          </w:p>
          <w:p w14:paraId="78B340DC" w14:textId="77777777" w:rsidR="006E59EC" w:rsidRPr="004D13B5" w:rsidRDefault="00000000" w:rsidP="004D13B5">
            <w:pPr>
              <w:spacing w:after="28"/>
              <w:jc w:val="both"/>
              <w:rPr>
                <w:rFonts w:ascii="Times New Roman" w:hAnsi="Times New Roman" w:cs="Times New Roman"/>
                <w:bCs/>
              </w:rPr>
            </w:pPr>
            <w:r w:rsidRPr="00E033DD">
              <w:rPr>
                <w:rFonts w:ascii="Times New Roman" w:hAnsi="Times New Roman" w:cs="Times New Roman"/>
                <w:b/>
              </w:rPr>
              <w:t>Current affiliation:</w:t>
            </w:r>
            <w:r w:rsidRPr="004D13B5">
              <w:rPr>
                <w:rFonts w:ascii="Times New Roman" w:hAnsi="Times New Roman" w:cs="Times New Roman"/>
                <w:bCs/>
              </w:rPr>
              <w:t xml:space="preserve"> School of Geography and Remote Sensing, Ningbo University</w:t>
            </w:r>
          </w:p>
          <w:p w14:paraId="0FCC343B" w14:textId="04CE2D13" w:rsidR="006E59EC" w:rsidRPr="004D13B5" w:rsidRDefault="00000000" w:rsidP="004D13B5">
            <w:pPr>
              <w:spacing w:after="28"/>
              <w:jc w:val="both"/>
              <w:rPr>
                <w:rFonts w:ascii="Times New Roman" w:hAnsi="Times New Roman" w:cs="Times New Roman"/>
                <w:bCs/>
              </w:rPr>
            </w:pPr>
            <w:r w:rsidRPr="00E033DD">
              <w:rPr>
                <w:rFonts w:ascii="Times New Roman" w:hAnsi="Times New Roman" w:cs="Times New Roman"/>
                <w:b/>
              </w:rPr>
              <w:t>Research interests:</w:t>
            </w:r>
            <w:r w:rsidRPr="004D13B5">
              <w:rPr>
                <w:rFonts w:ascii="Times New Roman" w:hAnsi="Times New Roman" w:cs="Times New Roman"/>
                <w:bCs/>
              </w:rPr>
              <w:t xml:space="preserve"> </w:t>
            </w:r>
            <w:r w:rsidR="00E72997" w:rsidRPr="00E72997">
              <w:rPr>
                <w:rFonts w:ascii="Times New Roman" w:hAnsi="Times New Roman" w:cs="Times New Roman"/>
                <w:bCs/>
              </w:rPr>
              <w:t>Forest ecology • Plant ecophysiology • Soil biogeochemistry • Global change ecology • Acid deposition and phosphorus cycling • Water–nutrient interactions • Root functional traits</w:t>
            </w:r>
          </w:p>
          <w:p w14:paraId="27FC7C19" w14:textId="6F944B2E" w:rsidR="006E59EC" w:rsidRPr="004D13B5" w:rsidRDefault="00000000" w:rsidP="004D13B5">
            <w:pPr>
              <w:spacing w:after="28"/>
              <w:jc w:val="both"/>
              <w:rPr>
                <w:rFonts w:ascii="Times New Roman" w:hAnsi="Times New Roman" w:cs="Times New Roman"/>
                <w:bCs/>
              </w:rPr>
            </w:pPr>
            <w:r w:rsidRPr="004D13B5">
              <w:rPr>
                <w:rFonts w:ascii="Times New Roman" w:hAnsi="Times New Roman" w:cs="Times New Roman"/>
                <w:bCs/>
              </w:rPr>
              <w:t>Master/Doctoral program (field): Ecology-related fields: forest ecology, plant ecophysiology, and soil biogeochemistry</w:t>
            </w:r>
            <w:r w:rsidR="00E3505F" w:rsidRPr="004D13B5">
              <w:rPr>
                <w:rFonts w:ascii="Times New Roman" w:hAnsi="Times New Roman" w:cs="Times New Roman"/>
                <w:bCs/>
              </w:rPr>
              <w:t>.</w:t>
            </w:r>
          </w:p>
          <w:p w14:paraId="6787FB92" w14:textId="77777777" w:rsidR="006E59EC" w:rsidRDefault="00000000" w:rsidP="004D13B5">
            <w:pPr>
              <w:spacing w:after="28"/>
              <w:jc w:val="both"/>
              <w:rPr>
                <w:rFonts w:ascii="Times New Roman" w:hAnsi="Times New Roman" w:cs="Times New Roman"/>
                <w:bCs/>
              </w:rPr>
            </w:pPr>
            <w:r w:rsidRPr="004D13B5">
              <w:rPr>
                <w:rFonts w:ascii="Times New Roman" w:hAnsi="Times New Roman" w:cs="Times New Roman"/>
                <w:bCs/>
              </w:rPr>
              <w:t>Research institute: School of Geography and Remote Sensing, Ningbo University</w:t>
            </w:r>
            <w:r w:rsidR="00E3505F" w:rsidRPr="004D13B5">
              <w:rPr>
                <w:rFonts w:ascii="Times New Roman" w:hAnsi="Times New Roman" w:cs="Times New Roman"/>
                <w:bCs/>
              </w:rPr>
              <w:t>.</w:t>
            </w:r>
          </w:p>
          <w:p w14:paraId="12332623" w14:textId="77777777" w:rsidR="00E72997" w:rsidRDefault="00E72997" w:rsidP="004D13B5">
            <w:pPr>
              <w:spacing w:after="28"/>
              <w:jc w:val="both"/>
              <w:rPr>
                <w:rFonts w:ascii="Times New Roman" w:hAnsi="Times New Roman" w:cs="Times New Roman"/>
                <w:bCs/>
              </w:rPr>
            </w:pPr>
          </w:p>
          <w:p w14:paraId="1C319B8F" w14:textId="30685B67" w:rsidR="00E72997" w:rsidRPr="004D13B5" w:rsidRDefault="00E72997" w:rsidP="004D13B5">
            <w:pPr>
              <w:spacing w:after="28"/>
              <w:jc w:val="both"/>
              <w:rPr>
                <w:rFonts w:ascii="Times New Roman" w:hAnsi="Times New Roman" w:cs="Times New Roman"/>
                <w:bCs/>
              </w:rPr>
            </w:pPr>
            <w:r w:rsidRPr="00E72997">
              <w:rPr>
                <w:rFonts w:ascii="Times New Roman" w:hAnsi="Times New Roman" w:cs="Times New Roman"/>
                <w:bCs/>
              </w:rPr>
              <w:t>Md Sohel Rana is a postdoctoral researcher in the School of Geography and Remote Sensing at Ningbo University. His research examines how forests, soils, and plants respond to environmental change, with a focus on soil nutrient dynamics under acid deposition and plant ecological responses to water and nutrient availability. His work combines field and controlled experiments with soil and plant analyses to investigate phosphorus cycling, root functional traits, and plant adaptation to environmental stress.</w:t>
            </w:r>
          </w:p>
        </w:tc>
        <w:tc>
          <w:tcPr>
            <w:tcW w:w="4986" w:type="dxa"/>
            <w:tcMar>
              <w:top w:w="0" w:type="dxa"/>
              <w:left w:w="100" w:type="dxa"/>
              <w:bottom w:w="0" w:type="dxa"/>
              <w:right w:w="0" w:type="dxa"/>
            </w:tcMar>
          </w:tcPr>
          <w:p w14:paraId="36297393" w14:textId="5EEE551E" w:rsidR="006E59EC" w:rsidRPr="004D13B5" w:rsidRDefault="00E033DD" w:rsidP="004D13B5">
            <w:pPr>
              <w:jc w:val="both"/>
              <w:rPr>
                <w:rFonts w:ascii="Times New Roman" w:hAnsi="Times New Roman" w:cs="Times New Roman"/>
                <w:bCs/>
              </w:rPr>
            </w:pPr>
            <w:r>
              <w:rPr>
                <w:noProof/>
              </w:rPr>
              <w:drawing>
                <wp:inline distT="0" distB="0" distL="0" distR="0" wp14:anchorId="78444FFD" wp14:editId="6FBD92EB">
                  <wp:extent cx="1550035" cy="1936435"/>
                  <wp:effectExtent l="0" t="0" r="0" b="6985"/>
                  <wp:docPr id="8323602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67245" cy="1957936"/>
                          </a:xfrm>
                          <a:prstGeom prst="rect">
                            <a:avLst/>
                          </a:prstGeom>
                          <a:noFill/>
                          <a:ln>
                            <a:noFill/>
                          </a:ln>
                        </pic:spPr>
                      </pic:pic>
                    </a:graphicData>
                  </a:graphic>
                </wp:inline>
              </w:drawing>
            </w:r>
          </w:p>
        </w:tc>
      </w:tr>
    </w:tbl>
    <w:p w14:paraId="0E3EAADE" w14:textId="77777777" w:rsidR="006E59EC" w:rsidRPr="007D484D" w:rsidRDefault="00000000" w:rsidP="004D13B5">
      <w:pPr>
        <w:pStyle w:val="SectionCN"/>
        <w:keepNext/>
        <w:jc w:val="both"/>
        <w:rPr>
          <w:rFonts w:ascii="Times New Roman" w:hAnsi="Times New Roman" w:cs="Times New Roman"/>
        </w:rPr>
      </w:pPr>
      <w:r w:rsidRPr="007D484D">
        <w:rPr>
          <w:rFonts w:ascii="Times New Roman" w:hAnsi="Times New Roman" w:cs="Times New Roman"/>
        </w:rPr>
        <w:t>2. Education and Employment</w:t>
      </w:r>
    </w:p>
    <w:p w14:paraId="152DBE53" w14:textId="77777777" w:rsidR="006E59EC" w:rsidRPr="004D13B5" w:rsidRDefault="00000000" w:rsidP="004D13B5">
      <w:pPr>
        <w:pStyle w:val="Sub"/>
        <w:keepNext/>
        <w:jc w:val="both"/>
        <w:rPr>
          <w:rFonts w:ascii="Times New Roman" w:hAnsi="Times New Roman" w:cs="Times New Roman"/>
          <w:b w:val="0"/>
          <w:bCs/>
        </w:rPr>
      </w:pPr>
      <w:r w:rsidRPr="004D13B5">
        <w:rPr>
          <w:rFonts w:ascii="Times New Roman" w:hAnsi="Times New Roman" w:cs="Times New Roman"/>
          <w:b w:val="0"/>
          <w:bCs/>
        </w:rPr>
        <w:t>Education (reverse chronological order)</w:t>
      </w:r>
    </w:p>
    <w:p w14:paraId="16EB280F" w14:textId="258C4B2B" w:rsidR="006E59EC" w:rsidRPr="004D13B5" w:rsidRDefault="00000000" w:rsidP="004D13B5">
      <w:pPr>
        <w:pStyle w:val="Small"/>
        <w:ind w:left="283" w:hanging="283"/>
        <w:jc w:val="both"/>
        <w:rPr>
          <w:rFonts w:ascii="Times New Roman" w:hAnsi="Times New Roman" w:cs="Times New Roman"/>
          <w:bCs/>
        </w:rPr>
      </w:pPr>
      <w:r w:rsidRPr="004D13B5">
        <w:rPr>
          <w:rFonts w:ascii="Times New Roman" w:hAnsi="Times New Roman" w:cs="Times New Roman"/>
          <w:bCs/>
        </w:rPr>
        <w:t>1. Ph.D. in Forestry, Henan Agricultural University, China, September 2019</w:t>
      </w:r>
      <w:r w:rsidR="0002174B" w:rsidRPr="004D13B5">
        <w:rPr>
          <w:rFonts w:ascii="Times New Roman" w:hAnsi="Times New Roman" w:cs="Times New Roman"/>
          <w:bCs/>
          <w:sz w:val="21"/>
        </w:rPr>
        <w:t xml:space="preserve"> </w:t>
      </w:r>
      <w:r w:rsidR="0002174B" w:rsidRPr="004D13B5">
        <w:rPr>
          <w:rFonts w:ascii="Times New Roman" w:hAnsi="Times New Roman" w:cs="Times New Roman"/>
          <w:bCs/>
        </w:rPr>
        <w:t xml:space="preserve">— </w:t>
      </w:r>
      <w:r w:rsidRPr="004D13B5">
        <w:rPr>
          <w:rFonts w:ascii="Times New Roman" w:hAnsi="Times New Roman" w:cs="Times New Roman"/>
          <w:bCs/>
        </w:rPr>
        <w:t xml:space="preserve">December 2023. </w:t>
      </w:r>
    </w:p>
    <w:p w14:paraId="566C79E0" w14:textId="76728432" w:rsidR="006E59EC" w:rsidRPr="004D13B5" w:rsidRDefault="00000000" w:rsidP="004D13B5">
      <w:pPr>
        <w:pStyle w:val="Small"/>
        <w:ind w:left="283" w:hanging="283"/>
        <w:jc w:val="both"/>
        <w:rPr>
          <w:rFonts w:ascii="Times New Roman" w:hAnsi="Times New Roman" w:cs="Times New Roman"/>
          <w:bCs/>
        </w:rPr>
      </w:pPr>
      <w:r w:rsidRPr="004D13B5">
        <w:rPr>
          <w:rFonts w:ascii="Times New Roman" w:hAnsi="Times New Roman" w:cs="Times New Roman"/>
          <w:bCs/>
        </w:rPr>
        <w:t>2. M.Sc. in Forestry, Henan Agricultural University, China, September 2016</w:t>
      </w:r>
      <w:r w:rsidR="0002174B" w:rsidRPr="004D13B5">
        <w:rPr>
          <w:rFonts w:ascii="Times New Roman" w:hAnsi="Times New Roman" w:cs="Times New Roman"/>
          <w:bCs/>
          <w:sz w:val="21"/>
        </w:rPr>
        <w:t xml:space="preserve"> </w:t>
      </w:r>
      <w:r w:rsidR="0002174B" w:rsidRPr="004D13B5">
        <w:rPr>
          <w:rFonts w:ascii="Times New Roman" w:hAnsi="Times New Roman" w:cs="Times New Roman"/>
          <w:bCs/>
        </w:rPr>
        <w:t xml:space="preserve">— </w:t>
      </w:r>
      <w:r w:rsidRPr="004D13B5">
        <w:rPr>
          <w:rFonts w:ascii="Times New Roman" w:hAnsi="Times New Roman" w:cs="Times New Roman"/>
          <w:bCs/>
        </w:rPr>
        <w:t xml:space="preserve">July 2019. </w:t>
      </w:r>
    </w:p>
    <w:p w14:paraId="1A8C6995" w14:textId="5F58E6D8" w:rsidR="006E59EC" w:rsidRPr="004D13B5" w:rsidRDefault="00000000" w:rsidP="004D13B5">
      <w:pPr>
        <w:pStyle w:val="Small"/>
        <w:ind w:left="283" w:hanging="283"/>
        <w:jc w:val="both"/>
        <w:rPr>
          <w:rFonts w:ascii="Times New Roman" w:hAnsi="Times New Roman" w:cs="Times New Roman"/>
          <w:bCs/>
        </w:rPr>
      </w:pPr>
      <w:r w:rsidRPr="004D13B5">
        <w:rPr>
          <w:rFonts w:ascii="Times New Roman" w:hAnsi="Times New Roman" w:cs="Times New Roman"/>
          <w:bCs/>
        </w:rPr>
        <w:t xml:space="preserve">3. B.Sc. in Agriculture, </w:t>
      </w:r>
      <w:r w:rsidR="008B3ED4" w:rsidRPr="004D13B5">
        <w:rPr>
          <w:rFonts w:ascii="Times New Roman" w:hAnsi="Times New Roman" w:cs="Times New Roman"/>
          <w:bCs/>
        </w:rPr>
        <w:t>International University of Business Agriculture and Technology</w:t>
      </w:r>
      <w:r w:rsidRPr="004D13B5">
        <w:rPr>
          <w:rFonts w:ascii="Times New Roman" w:hAnsi="Times New Roman" w:cs="Times New Roman"/>
          <w:bCs/>
        </w:rPr>
        <w:t>, Bangladesh, April 2011</w:t>
      </w:r>
      <w:r w:rsidR="0002174B" w:rsidRPr="004D13B5">
        <w:rPr>
          <w:rFonts w:ascii="Times New Roman" w:hAnsi="Times New Roman" w:cs="Times New Roman"/>
          <w:bCs/>
          <w:sz w:val="21"/>
        </w:rPr>
        <w:t xml:space="preserve"> </w:t>
      </w:r>
      <w:r w:rsidR="0002174B" w:rsidRPr="004D13B5">
        <w:rPr>
          <w:rFonts w:ascii="Times New Roman" w:hAnsi="Times New Roman" w:cs="Times New Roman"/>
          <w:bCs/>
        </w:rPr>
        <w:t xml:space="preserve">— </w:t>
      </w:r>
      <w:r w:rsidRPr="004D13B5">
        <w:rPr>
          <w:rFonts w:ascii="Times New Roman" w:hAnsi="Times New Roman" w:cs="Times New Roman"/>
          <w:bCs/>
        </w:rPr>
        <w:t xml:space="preserve">April 2015. </w:t>
      </w:r>
    </w:p>
    <w:p w14:paraId="17BB3F7D" w14:textId="77777777" w:rsidR="006E59EC" w:rsidRPr="00D16B58" w:rsidRDefault="00000000" w:rsidP="004D13B5">
      <w:pPr>
        <w:pStyle w:val="Sub"/>
        <w:keepNext/>
        <w:jc w:val="both"/>
        <w:rPr>
          <w:rFonts w:ascii="Times New Roman" w:hAnsi="Times New Roman" w:cs="Times New Roman"/>
        </w:rPr>
      </w:pPr>
      <w:r w:rsidRPr="00D16B58">
        <w:rPr>
          <w:rFonts w:ascii="Times New Roman" w:hAnsi="Times New Roman" w:cs="Times New Roman"/>
        </w:rPr>
        <w:t>Employment (reverse chronological order)</w:t>
      </w:r>
    </w:p>
    <w:p w14:paraId="057F6765" w14:textId="39D6A9F9" w:rsidR="006E59EC" w:rsidRPr="004D13B5" w:rsidRDefault="00000000" w:rsidP="004D13B5">
      <w:pPr>
        <w:pStyle w:val="Small"/>
        <w:ind w:left="283" w:hanging="283"/>
        <w:jc w:val="both"/>
        <w:rPr>
          <w:rFonts w:ascii="Times New Roman" w:hAnsi="Times New Roman" w:cs="Times New Roman"/>
          <w:bCs/>
        </w:rPr>
      </w:pPr>
      <w:r w:rsidRPr="004D13B5">
        <w:rPr>
          <w:rFonts w:ascii="Times New Roman" w:hAnsi="Times New Roman" w:cs="Times New Roman"/>
          <w:bCs/>
        </w:rPr>
        <w:t xml:space="preserve">1. </w:t>
      </w:r>
      <w:r w:rsidR="00507CEB" w:rsidRPr="004D13B5">
        <w:rPr>
          <w:rFonts w:ascii="Times New Roman" w:hAnsi="Times New Roman" w:cs="Times New Roman"/>
          <w:bCs/>
        </w:rPr>
        <w:t>August 10, 2026 — C</w:t>
      </w:r>
      <w:r w:rsidRPr="004D13B5">
        <w:rPr>
          <w:rFonts w:ascii="Times New Roman" w:hAnsi="Times New Roman" w:cs="Times New Roman"/>
          <w:bCs/>
        </w:rPr>
        <w:t>urrent: Postdoctoral Researcher, School of Geography and Remote Sensing, Ningbo University, Ningbo, China.</w:t>
      </w:r>
    </w:p>
    <w:p w14:paraId="03AE3E06" w14:textId="2BE5B558" w:rsidR="006E59EC" w:rsidRPr="004D13B5" w:rsidRDefault="00000000" w:rsidP="004D13B5">
      <w:pPr>
        <w:pStyle w:val="Small"/>
        <w:ind w:left="283" w:hanging="283"/>
        <w:jc w:val="both"/>
        <w:rPr>
          <w:rFonts w:ascii="Times New Roman" w:hAnsi="Times New Roman" w:cs="Times New Roman"/>
          <w:bCs/>
        </w:rPr>
      </w:pPr>
      <w:r w:rsidRPr="004D13B5">
        <w:rPr>
          <w:rFonts w:ascii="Times New Roman" w:hAnsi="Times New Roman" w:cs="Times New Roman"/>
          <w:bCs/>
        </w:rPr>
        <w:t>2. July 2024</w:t>
      </w:r>
      <w:r w:rsidR="00507CEB" w:rsidRPr="004D13B5">
        <w:rPr>
          <w:rFonts w:ascii="Times New Roman" w:hAnsi="Times New Roman" w:cs="Times New Roman"/>
          <w:bCs/>
          <w:sz w:val="21"/>
        </w:rPr>
        <w:t xml:space="preserve"> </w:t>
      </w:r>
      <w:r w:rsidR="00507CEB" w:rsidRPr="004D13B5">
        <w:rPr>
          <w:rFonts w:ascii="Times New Roman" w:hAnsi="Times New Roman" w:cs="Times New Roman"/>
          <w:bCs/>
        </w:rPr>
        <w:t xml:space="preserve">— </w:t>
      </w:r>
      <w:r w:rsidRPr="004D13B5">
        <w:rPr>
          <w:rFonts w:ascii="Times New Roman" w:hAnsi="Times New Roman" w:cs="Times New Roman"/>
          <w:bCs/>
        </w:rPr>
        <w:t xml:space="preserve">June 2026: Postdoctoral Researcher, College of Ecology, South China Botanical Garden, Chinese Academy of Sciences, China. </w:t>
      </w:r>
      <w:r w:rsidR="00B17F68" w:rsidRPr="00B17F68">
        <w:rPr>
          <w:rFonts w:ascii="Times New Roman" w:hAnsi="Times New Roman" w:cs="Times New Roman"/>
          <w:bCs/>
        </w:rPr>
        <w:t>Mainly investigated the effects of long-term simulated acid deposition on soil acidification, phosphorus dynamics, base cation leaching and microbial communities. Conducted field experiments, ICP-OES testing, microbial DNA analysis and multivariate statistical modelling.</w:t>
      </w:r>
    </w:p>
    <w:p w14:paraId="4E8E25B9" w14:textId="36A533E4" w:rsidR="006E59EC" w:rsidRPr="004D13B5" w:rsidRDefault="00000000" w:rsidP="004D13B5">
      <w:pPr>
        <w:pStyle w:val="Small"/>
        <w:ind w:left="283" w:hanging="283"/>
        <w:jc w:val="both"/>
        <w:rPr>
          <w:rFonts w:ascii="Times New Roman" w:hAnsi="Times New Roman" w:cs="Times New Roman"/>
          <w:bCs/>
        </w:rPr>
      </w:pPr>
      <w:r w:rsidRPr="004D13B5">
        <w:rPr>
          <w:rFonts w:ascii="Times New Roman" w:hAnsi="Times New Roman" w:cs="Times New Roman"/>
          <w:bCs/>
        </w:rPr>
        <w:t>3. September 2019</w:t>
      </w:r>
      <w:r w:rsidR="00507CEB" w:rsidRPr="004D13B5">
        <w:rPr>
          <w:rFonts w:ascii="Times New Roman" w:hAnsi="Times New Roman" w:cs="Times New Roman"/>
          <w:bCs/>
          <w:sz w:val="21"/>
        </w:rPr>
        <w:t xml:space="preserve"> </w:t>
      </w:r>
      <w:r w:rsidR="00507CEB" w:rsidRPr="004D13B5">
        <w:rPr>
          <w:rFonts w:ascii="Times New Roman" w:hAnsi="Times New Roman" w:cs="Times New Roman"/>
          <w:bCs/>
        </w:rPr>
        <w:t xml:space="preserve">— </w:t>
      </w:r>
      <w:r w:rsidRPr="004D13B5">
        <w:rPr>
          <w:rFonts w:ascii="Times New Roman" w:hAnsi="Times New Roman" w:cs="Times New Roman"/>
          <w:bCs/>
        </w:rPr>
        <w:t>December 2023: Research Assistant, College of Forestry, Henan Agricultural University, China.</w:t>
      </w:r>
      <w:r w:rsidR="00B17F68">
        <w:rPr>
          <w:rFonts w:ascii="Times New Roman" w:hAnsi="Times New Roman" w:cs="Times New Roman"/>
          <w:bCs/>
        </w:rPr>
        <w:t xml:space="preserve"> </w:t>
      </w:r>
      <w:r w:rsidR="00B17F68" w:rsidRPr="00B17F68">
        <w:rPr>
          <w:rFonts w:ascii="Times New Roman" w:hAnsi="Times New Roman" w:cs="Times New Roman"/>
          <w:bCs/>
        </w:rPr>
        <w:t>Participated in field surveys of forest ecology, laboratory analysis, data interpretation, research design, manuscript writing and journal submission.</w:t>
      </w:r>
      <w:r w:rsidR="00B17F68">
        <w:rPr>
          <w:rFonts w:ascii="Times New Roman" w:hAnsi="Times New Roman" w:cs="Times New Roman"/>
          <w:bCs/>
        </w:rPr>
        <w:t xml:space="preserve"> </w:t>
      </w:r>
    </w:p>
    <w:p w14:paraId="3E4A173A" w14:textId="768E41DF" w:rsidR="006E59EC" w:rsidRPr="004D13B5" w:rsidRDefault="00000000" w:rsidP="004D13B5">
      <w:pPr>
        <w:pStyle w:val="Small"/>
        <w:ind w:left="283" w:hanging="283"/>
        <w:jc w:val="both"/>
        <w:rPr>
          <w:rFonts w:ascii="Times New Roman" w:hAnsi="Times New Roman" w:cs="Times New Roman"/>
          <w:bCs/>
        </w:rPr>
      </w:pPr>
      <w:r w:rsidRPr="004D13B5">
        <w:rPr>
          <w:rFonts w:ascii="Times New Roman" w:hAnsi="Times New Roman" w:cs="Times New Roman"/>
          <w:bCs/>
        </w:rPr>
        <w:t xml:space="preserve">4. </w:t>
      </w:r>
      <w:r w:rsidR="00DE3995" w:rsidRPr="00DE3995">
        <w:rPr>
          <w:rFonts w:ascii="Times New Roman" w:hAnsi="Times New Roman" w:cs="Times New Roman"/>
          <w:bCs/>
        </w:rPr>
        <w:t>December 2014 – April 2015: Research Intern; May 2015 – February 2016: Research Assistant, Division of Plant Breeding and Genetics, Bangladesh Agricultural Research Institute (BARI), Gazipur, Bangladesh. Responsible for field and laboratory experiments of hydroponic systems under low pH and low phosphorus treatments.</w:t>
      </w:r>
    </w:p>
    <w:p w14:paraId="3B69F0ED" w14:textId="004C730E" w:rsidR="006E59EC" w:rsidRPr="004D13B5" w:rsidRDefault="00000000" w:rsidP="004D13B5">
      <w:pPr>
        <w:pStyle w:val="Small"/>
        <w:ind w:left="283" w:hanging="283"/>
        <w:jc w:val="both"/>
        <w:rPr>
          <w:rFonts w:ascii="Times New Roman" w:hAnsi="Times New Roman" w:cs="Times New Roman"/>
          <w:bCs/>
        </w:rPr>
      </w:pPr>
      <w:r w:rsidRPr="004D13B5">
        <w:rPr>
          <w:rFonts w:ascii="Times New Roman" w:hAnsi="Times New Roman" w:cs="Times New Roman"/>
          <w:bCs/>
        </w:rPr>
        <w:lastRenderedPageBreak/>
        <w:t>5. December 2013</w:t>
      </w:r>
      <w:r w:rsidR="00507CEB" w:rsidRPr="004D13B5">
        <w:rPr>
          <w:rFonts w:ascii="Times New Roman" w:hAnsi="Times New Roman" w:cs="Times New Roman"/>
          <w:bCs/>
          <w:sz w:val="21"/>
        </w:rPr>
        <w:t xml:space="preserve"> </w:t>
      </w:r>
      <w:r w:rsidR="00507CEB" w:rsidRPr="004D13B5">
        <w:rPr>
          <w:rFonts w:ascii="Times New Roman" w:hAnsi="Times New Roman" w:cs="Times New Roman"/>
          <w:bCs/>
        </w:rPr>
        <w:t xml:space="preserve">— </w:t>
      </w:r>
      <w:r w:rsidRPr="004D13B5">
        <w:rPr>
          <w:rFonts w:ascii="Times New Roman" w:hAnsi="Times New Roman" w:cs="Times New Roman"/>
          <w:bCs/>
        </w:rPr>
        <w:t>August 2015: Teaching Assistant, College of Agricultural Sciences, IUBAT University, Bangladesh.</w:t>
      </w:r>
      <w:r w:rsidR="00B17F68">
        <w:rPr>
          <w:rFonts w:ascii="Times New Roman" w:hAnsi="Times New Roman" w:cs="Times New Roman"/>
          <w:bCs/>
        </w:rPr>
        <w:t xml:space="preserve"> </w:t>
      </w:r>
      <w:r w:rsidR="00B17F68" w:rsidRPr="00B17F68">
        <w:rPr>
          <w:rFonts w:ascii="Times New Roman" w:hAnsi="Times New Roman" w:cs="Times New Roman"/>
          <w:bCs/>
        </w:rPr>
        <w:t>Responsible for practical sessions of plant physiology. Assisted with courses on plant ecology, crop climatology and environmental science.</w:t>
      </w:r>
    </w:p>
    <w:p w14:paraId="6A4C7A4E" w14:textId="77777777" w:rsidR="006E59EC" w:rsidRPr="007D484D" w:rsidRDefault="00000000" w:rsidP="004D13B5">
      <w:pPr>
        <w:pStyle w:val="SectionCN"/>
        <w:keepNext/>
        <w:jc w:val="both"/>
        <w:rPr>
          <w:rFonts w:ascii="Times New Roman" w:hAnsi="Times New Roman" w:cs="Times New Roman"/>
        </w:rPr>
      </w:pPr>
      <w:r w:rsidRPr="007D484D">
        <w:rPr>
          <w:rFonts w:ascii="Times New Roman" w:hAnsi="Times New Roman" w:cs="Times New Roman"/>
        </w:rPr>
        <w:t>3. Research Projects</w:t>
      </w:r>
    </w:p>
    <w:p w14:paraId="12FCE3BF" w14:textId="77777777" w:rsidR="006E59EC" w:rsidRPr="004D13B5" w:rsidRDefault="00000000" w:rsidP="004D13B5">
      <w:pPr>
        <w:pStyle w:val="Small"/>
        <w:ind w:left="283" w:hanging="283"/>
        <w:jc w:val="both"/>
        <w:rPr>
          <w:rFonts w:ascii="Times New Roman" w:hAnsi="Times New Roman" w:cs="Times New Roman"/>
          <w:bCs/>
        </w:rPr>
      </w:pPr>
      <w:r w:rsidRPr="004D13B5">
        <w:rPr>
          <w:rFonts w:ascii="Times New Roman" w:hAnsi="Times New Roman" w:cs="Times New Roman"/>
          <w:bCs/>
        </w:rPr>
        <w:t>1. Investigating the sustainability and resilience of Kenyan forests and their impacts on livelihoods through research on mechanisms maintaining ecosystem services in subtropical forests of southern China (Grant No. 31961143023). Duration: December 2024-November 2028; source: National Key R&amp;D Program; funding: RMB 3.05 million; level: national; completed: no; role: participant.</w:t>
      </w:r>
    </w:p>
    <w:p w14:paraId="0CCEAF4D" w14:textId="77777777" w:rsidR="006E59EC" w:rsidRPr="004D13B5" w:rsidRDefault="00000000" w:rsidP="004D13B5">
      <w:pPr>
        <w:pStyle w:val="Small"/>
        <w:ind w:left="283" w:hanging="283"/>
        <w:jc w:val="both"/>
        <w:rPr>
          <w:rFonts w:ascii="Times New Roman" w:hAnsi="Times New Roman" w:cs="Times New Roman"/>
          <w:bCs/>
        </w:rPr>
      </w:pPr>
      <w:r w:rsidRPr="004D13B5">
        <w:rPr>
          <w:rFonts w:ascii="Times New Roman" w:hAnsi="Times New Roman" w:cs="Times New Roman"/>
          <w:bCs/>
        </w:rPr>
        <w:t>2. NSFC Key International Cooperation Project: “Investigating the sustainability and resilience of Kenyan forests and their impacts on livelihoods through research on mechanisms maintaining ecosystem services in subtropical forests of southern China” (Grant No. 31961143023). Duration: January 2020-December 2024; source: National Natural Science Foundation of China; funding: RMB 3.00 million; level: national; completed: yes; role: participant.</w:t>
      </w:r>
    </w:p>
    <w:p w14:paraId="7027D863" w14:textId="77777777" w:rsidR="006E59EC" w:rsidRPr="004D13B5" w:rsidRDefault="00000000" w:rsidP="004D13B5">
      <w:pPr>
        <w:pStyle w:val="Small"/>
        <w:ind w:left="283" w:hanging="283"/>
        <w:jc w:val="both"/>
        <w:rPr>
          <w:rFonts w:ascii="Times New Roman" w:hAnsi="Times New Roman" w:cs="Times New Roman"/>
          <w:bCs/>
        </w:rPr>
      </w:pPr>
      <w:r w:rsidRPr="004D13B5">
        <w:rPr>
          <w:rFonts w:ascii="Times New Roman" w:hAnsi="Times New Roman" w:cs="Times New Roman"/>
          <w:bCs/>
        </w:rPr>
        <w:t>3. Technical services for monitoring and evaluating the effectiveness of targeted forest quality improvement in Guangdong Province. Duration: July 2025-December 2026; source: Guangdong Provincial Forestry Survey and Planning Institute; funding: RMB 799,000; level: provincial/commissioned project; completed: no; role: participant.</w:t>
      </w:r>
    </w:p>
    <w:p w14:paraId="43A54FBE" w14:textId="77777777" w:rsidR="006E59EC" w:rsidRPr="004D13B5" w:rsidRDefault="00000000" w:rsidP="004D13B5">
      <w:pPr>
        <w:pStyle w:val="Small"/>
        <w:ind w:left="283" w:hanging="283"/>
        <w:jc w:val="both"/>
        <w:rPr>
          <w:rFonts w:ascii="Times New Roman" w:hAnsi="Times New Roman" w:cs="Times New Roman"/>
          <w:bCs/>
        </w:rPr>
      </w:pPr>
      <w:r w:rsidRPr="004D13B5">
        <w:rPr>
          <w:rFonts w:ascii="Times New Roman" w:hAnsi="Times New Roman" w:cs="Times New Roman"/>
          <w:bCs/>
        </w:rPr>
        <w:t>4. Science and Technology Industrialization Project (GTH[2020]No.17). Duration: 2021-2023; source: Henan Provincial Government; funding: RMB 800,000; level: provincial; completed: yes; role: participant.</w:t>
      </w:r>
    </w:p>
    <w:p w14:paraId="47133C37" w14:textId="77777777" w:rsidR="006E59EC" w:rsidRPr="007D484D" w:rsidRDefault="00000000" w:rsidP="004D13B5">
      <w:pPr>
        <w:pStyle w:val="SectionCN"/>
        <w:keepNext/>
        <w:jc w:val="both"/>
        <w:rPr>
          <w:rFonts w:ascii="Times New Roman" w:hAnsi="Times New Roman" w:cs="Times New Roman"/>
        </w:rPr>
      </w:pPr>
      <w:r w:rsidRPr="007D484D">
        <w:rPr>
          <w:rFonts w:ascii="Times New Roman" w:hAnsi="Times New Roman" w:cs="Times New Roman"/>
        </w:rPr>
        <w:t>4. Academic Achievements (Published Journal Articles)</w:t>
      </w:r>
    </w:p>
    <w:p w14:paraId="7E52A93B" w14:textId="77777777" w:rsidR="00517992" w:rsidRDefault="00517992" w:rsidP="00517992">
      <w:pPr>
        <w:pStyle w:val="Small"/>
        <w:numPr>
          <w:ilvl w:val="0"/>
          <w:numId w:val="13"/>
        </w:numPr>
        <w:jc w:val="both"/>
        <w:rPr>
          <w:rFonts w:ascii="Times New Roman" w:hAnsi="Times New Roman" w:cs="Times New Roman"/>
          <w:bCs/>
        </w:rPr>
      </w:pPr>
      <w:proofErr w:type="spellStart"/>
      <w:r w:rsidRPr="008943E1">
        <w:rPr>
          <w:rFonts w:ascii="Times New Roman" w:hAnsi="Times New Roman" w:cs="Times New Roman"/>
          <w:bCs/>
        </w:rPr>
        <w:t>Wyckliffe</w:t>
      </w:r>
      <w:proofErr w:type="spellEnd"/>
      <w:r w:rsidRPr="008943E1">
        <w:rPr>
          <w:rFonts w:ascii="Times New Roman" w:hAnsi="Times New Roman" w:cs="Times New Roman"/>
          <w:bCs/>
        </w:rPr>
        <w:t xml:space="preserve"> </w:t>
      </w:r>
      <w:proofErr w:type="spellStart"/>
      <w:r w:rsidRPr="008943E1">
        <w:rPr>
          <w:rFonts w:ascii="Times New Roman" w:hAnsi="Times New Roman" w:cs="Times New Roman"/>
          <w:bCs/>
        </w:rPr>
        <w:t>Ayoma</w:t>
      </w:r>
      <w:proofErr w:type="spellEnd"/>
      <w:r w:rsidRPr="008943E1">
        <w:rPr>
          <w:rFonts w:ascii="Times New Roman" w:hAnsi="Times New Roman" w:cs="Times New Roman"/>
          <w:bCs/>
        </w:rPr>
        <w:t xml:space="preserve"> Ochieng, Brian Mwangi Njoroge, Vincent Ochieng Suba, Hui Mo, Emily Achieng Oluoch, Sohel Rana, Okechukwu Uzoma Iheme, </w:t>
      </w:r>
      <w:proofErr w:type="spellStart"/>
      <w:r w:rsidRPr="008943E1">
        <w:rPr>
          <w:rFonts w:ascii="Times New Roman" w:hAnsi="Times New Roman" w:cs="Times New Roman"/>
          <w:bCs/>
        </w:rPr>
        <w:t>Mengmeng</w:t>
      </w:r>
      <w:proofErr w:type="spellEnd"/>
      <w:r w:rsidRPr="008943E1">
        <w:rPr>
          <w:rFonts w:ascii="Times New Roman" w:hAnsi="Times New Roman" w:cs="Times New Roman"/>
          <w:bCs/>
        </w:rPr>
        <w:t xml:space="preserve"> Yang, </w:t>
      </w:r>
      <w:proofErr w:type="spellStart"/>
      <w:r w:rsidRPr="008943E1">
        <w:rPr>
          <w:rFonts w:ascii="Times New Roman" w:hAnsi="Times New Roman" w:cs="Times New Roman"/>
          <w:bCs/>
        </w:rPr>
        <w:t>Ekpoanwan</w:t>
      </w:r>
      <w:proofErr w:type="spellEnd"/>
      <w:r w:rsidRPr="008943E1">
        <w:rPr>
          <w:rFonts w:ascii="Times New Roman" w:hAnsi="Times New Roman" w:cs="Times New Roman"/>
          <w:bCs/>
        </w:rPr>
        <w:t xml:space="preserve"> Alfred Bassey, Ayesha Akter, Guowei Chu, &amp; </w:t>
      </w:r>
      <w:proofErr w:type="spellStart"/>
      <w:r w:rsidRPr="008943E1">
        <w:rPr>
          <w:rFonts w:ascii="Times New Roman" w:hAnsi="Times New Roman" w:cs="Times New Roman"/>
          <w:bCs/>
        </w:rPr>
        <w:t>Yuelin</w:t>
      </w:r>
      <w:proofErr w:type="spellEnd"/>
      <w:r w:rsidRPr="008943E1">
        <w:rPr>
          <w:rFonts w:ascii="Times New Roman" w:hAnsi="Times New Roman" w:cs="Times New Roman"/>
          <w:bCs/>
        </w:rPr>
        <w:t xml:space="preserve"> Li (2026). Interactive effects of forest succession and seasonal hydrology on heavy metal accumulation and ecological risk in subtropical forest soils. Environmental Geochemistry and Health, 48(9), Article 390. </w:t>
      </w:r>
      <w:hyperlink r:id="rId27" w:history="1">
        <w:r w:rsidRPr="004F54E7">
          <w:rPr>
            <w:rStyle w:val="Hyperlink"/>
            <w:rFonts w:ascii="Times New Roman" w:hAnsi="Times New Roman" w:cs="Times New Roman"/>
            <w:bCs/>
          </w:rPr>
          <w:t>https://doi.org/10.1007/s10653-026-03280-y</w:t>
        </w:r>
      </w:hyperlink>
      <w:r w:rsidRPr="008943E1">
        <w:rPr>
          <w:rFonts w:ascii="Times New Roman" w:hAnsi="Times New Roman" w:cs="Times New Roman"/>
          <w:bCs/>
        </w:rPr>
        <w:t>.</w:t>
      </w:r>
    </w:p>
    <w:p w14:paraId="443338E4" w14:textId="77777777" w:rsidR="00517992" w:rsidRPr="004D13B5" w:rsidRDefault="00517992" w:rsidP="00517992">
      <w:pPr>
        <w:pStyle w:val="Small"/>
        <w:numPr>
          <w:ilvl w:val="0"/>
          <w:numId w:val="13"/>
        </w:numPr>
        <w:jc w:val="both"/>
        <w:rPr>
          <w:rFonts w:ascii="Times New Roman" w:hAnsi="Times New Roman" w:cs="Times New Roman"/>
          <w:bCs/>
        </w:rPr>
      </w:pPr>
      <w:r w:rsidRPr="004D13B5">
        <w:rPr>
          <w:rFonts w:ascii="Times New Roman" w:hAnsi="Times New Roman" w:cs="Times New Roman"/>
          <w:bCs/>
        </w:rPr>
        <w:t xml:space="preserve">Sohel Rana, Razia Sultana Jemim, Zhi Li, </w:t>
      </w:r>
      <w:proofErr w:type="spellStart"/>
      <w:r w:rsidRPr="004D13B5">
        <w:rPr>
          <w:rFonts w:ascii="Times New Roman" w:hAnsi="Times New Roman" w:cs="Times New Roman"/>
          <w:bCs/>
        </w:rPr>
        <w:t>Qifei</w:t>
      </w:r>
      <w:proofErr w:type="spellEnd"/>
      <w:r w:rsidRPr="004D13B5">
        <w:rPr>
          <w:rFonts w:ascii="Times New Roman" w:hAnsi="Times New Roman" w:cs="Times New Roman"/>
          <w:bCs/>
        </w:rPr>
        <w:t xml:space="preserve"> Cai, Xiaodong Geng, Yanmei Wang, &amp; Zhen Liu* (2026). Water as the Non-Negotiable Prerequisite: Conditioning Fertilizer Efficacy and Phenotypic Acclimation in </w:t>
      </w:r>
      <w:proofErr w:type="spellStart"/>
      <w:r w:rsidRPr="00E033DD">
        <w:rPr>
          <w:rFonts w:ascii="Times New Roman" w:hAnsi="Times New Roman" w:cs="Times New Roman"/>
          <w:i/>
          <w:iCs/>
        </w:rPr>
        <w:t>Idesia</w:t>
      </w:r>
      <w:proofErr w:type="spellEnd"/>
      <w:r w:rsidRPr="00E033DD">
        <w:rPr>
          <w:rFonts w:ascii="Times New Roman" w:hAnsi="Times New Roman" w:cs="Times New Roman"/>
          <w:i/>
          <w:iCs/>
        </w:rPr>
        <w:t xml:space="preserve"> </w:t>
      </w:r>
      <w:proofErr w:type="spellStart"/>
      <w:r w:rsidRPr="00E033DD">
        <w:rPr>
          <w:rFonts w:ascii="Times New Roman" w:hAnsi="Times New Roman" w:cs="Times New Roman"/>
          <w:i/>
          <w:iCs/>
        </w:rPr>
        <w:t>polycarpa</w:t>
      </w:r>
      <w:proofErr w:type="spellEnd"/>
      <w:r w:rsidRPr="004D13B5">
        <w:rPr>
          <w:rFonts w:ascii="Times New Roman" w:hAnsi="Times New Roman" w:cs="Times New Roman"/>
          <w:bCs/>
        </w:rPr>
        <w:t xml:space="preserve"> Seedlings. Plant and Soil, 522, 423–446. </w:t>
      </w:r>
      <w:hyperlink r:id="rId28" w:history="1">
        <w:r w:rsidRPr="00F566E0">
          <w:rPr>
            <w:rStyle w:val="Hyperlink"/>
            <w:rFonts w:ascii="Times New Roman" w:hAnsi="Times New Roman" w:cs="Times New Roman"/>
            <w:bCs/>
          </w:rPr>
          <w:t>https://doi.org/10.1007/s11104-026-08521-8</w:t>
        </w:r>
      </w:hyperlink>
      <w:r w:rsidRPr="004D13B5">
        <w:rPr>
          <w:rFonts w:ascii="Times New Roman" w:hAnsi="Times New Roman" w:cs="Times New Roman"/>
          <w:bCs/>
        </w:rPr>
        <w:t>.</w:t>
      </w:r>
    </w:p>
    <w:p w14:paraId="7C1A516D" w14:textId="77777777" w:rsidR="00517992" w:rsidRPr="004D13B5" w:rsidRDefault="00517992" w:rsidP="00517992">
      <w:pPr>
        <w:pStyle w:val="Small"/>
        <w:numPr>
          <w:ilvl w:val="0"/>
          <w:numId w:val="13"/>
        </w:numPr>
        <w:jc w:val="both"/>
        <w:rPr>
          <w:rFonts w:ascii="Times New Roman" w:hAnsi="Times New Roman" w:cs="Times New Roman"/>
          <w:bCs/>
        </w:rPr>
      </w:pPr>
      <w:r w:rsidRPr="004D13B5">
        <w:rPr>
          <w:rFonts w:ascii="Times New Roman" w:hAnsi="Times New Roman" w:cs="Times New Roman"/>
          <w:bCs/>
        </w:rPr>
        <w:t xml:space="preserve">2. Brian Njoroge Mwangi, </w:t>
      </w:r>
      <w:proofErr w:type="spellStart"/>
      <w:r w:rsidRPr="004D13B5">
        <w:rPr>
          <w:rFonts w:ascii="Times New Roman" w:hAnsi="Times New Roman" w:cs="Times New Roman"/>
          <w:bCs/>
        </w:rPr>
        <w:t>Wyckliffe</w:t>
      </w:r>
      <w:proofErr w:type="spellEnd"/>
      <w:r w:rsidRPr="004D13B5">
        <w:rPr>
          <w:rFonts w:ascii="Times New Roman" w:hAnsi="Times New Roman" w:cs="Times New Roman"/>
          <w:bCs/>
        </w:rPr>
        <w:t xml:space="preserve"> </w:t>
      </w:r>
      <w:proofErr w:type="spellStart"/>
      <w:r w:rsidRPr="004D13B5">
        <w:rPr>
          <w:rFonts w:ascii="Times New Roman" w:hAnsi="Times New Roman" w:cs="Times New Roman"/>
          <w:bCs/>
        </w:rPr>
        <w:t>Ayoma</w:t>
      </w:r>
      <w:proofErr w:type="spellEnd"/>
      <w:r w:rsidRPr="004D13B5">
        <w:rPr>
          <w:rFonts w:ascii="Times New Roman" w:hAnsi="Times New Roman" w:cs="Times New Roman"/>
          <w:bCs/>
        </w:rPr>
        <w:t xml:space="preserve">, </w:t>
      </w:r>
      <w:proofErr w:type="spellStart"/>
      <w:r w:rsidRPr="004D13B5">
        <w:rPr>
          <w:rFonts w:ascii="Times New Roman" w:hAnsi="Times New Roman" w:cs="Times New Roman"/>
          <w:bCs/>
        </w:rPr>
        <w:t>Yuelin</w:t>
      </w:r>
      <w:proofErr w:type="spellEnd"/>
      <w:r w:rsidRPr="004D13B5">
        <w:rPr>
          <w:rFonts w:ascii="Times New Roman" w:hAnsi="Times New Roman" w:cs="Times New Roman"/>
          <w:bCs/>
        </w:rPr>
        <w:t xml:space="preserve"> Li*, L. Adrian Bruijnzeel, </w:t>
      </w:r>
      <w:proofErr w:type="spellStart"/>
      <w:r w:rsidRPr="004D13B5">
        <w:rPr>
          <w:rFonts w:ascii="Times New Roman" w:hAnsi="Times New Roman" w:cs="Times New Roman"/>
          <w:bCs/>
        </w:rPr>
        <w:t>Juxiu</w:t>
      </w:r>
      <w:proofErr w:type="spellEnd"/>
      <w:r w:rsidRPr="004D13B5">
        <w:rPr>
          <w:rFonts w:ascii="Times New Roman" w:hAnsi="Times New Roman" w:cs="Times New Roman"/>
          <w:bCs/>
        </w:rPr>
        <w:t xml:space="preserve"> Liu, Jian Zhang, Dennis Otieno, Lawrence Sikuku, Ming Yang, Victor Suba, Ochieng E. Achieng, Innocent Okechukwu, Akter </w:t>
      </w:r>
      <w:proofErr w:type="spellStart"/>
      <w:r w:rsidRPr="004D13B5">
        <w:rPr>
          <w:rFonts w:ascii="Times New Roman" w:hAnsi="Times New Roman" w:cs="Times New Roman"/>
          <w:bCs/>
        </w:rPr>
        <w:t>Akter</w:t>
      </w:r>
      <w:proofErr w:type="spellEnd"/>
      <w:r w:rsidRPr="004D13B5">
        <w:rPr>
          <w:rFonts w:ascii="Times New Roman" w:hAnsi="Times New Roman" w:cs="Times New Roman"/>
          <w:bCs/>
        </w:rPr>
        <w:t xml:space="preserve">, Sohel Rana, </w:t>
      </w:r>
      <w:proofErr w:type="spellStart"/>
      <w:r w:rsidRPr="004D13B5">
        <w:rPr>
          <w:rFonts w:ascii="Times New Roman" w:hAnsi="Times New Roman" w:cs="Times New Roman"/>
          <w:bCs/>
        </w:rPr>
        <w:t>Guangyu</w:t>
      </w:r>
      <w:proofErr w:type="spellEnd"/>
      <w:r w:rsidRPr="004D13B5">
        <w:rPr>
          <w:rFonts w:ascii="Times New Roman" w:hAnsi="Times New Roman" w:cs="Times New Roman"/>
          <w:bCs/>
        </w:rPr>
        <w:t xml:space="preserve"> Chu, </w:t>
      </w:r>
      <w:proofErr w:type="spellStart"/>
      <w:r w:rsidRPr="004D13B5">
        <w:rPr>
          <w:rFonts w:ascii="Times New Roman" w:hAnsi="Times New Roman" w:cs="Times New Roman"/>
          <w:bCs/>
        </w:rPr>
        <w:t>Qianmei</w:t>
      </w:r>
      <w:proofErr w:type="spellEnd"/>
      <w:r w:rsidRPr="004D13B5">
        <w:rPr>
          <w:rFonts w:ascii="Times New Roman" w:hAnsi="Times New Roman" w:cs="Times New Roman"/>
          <w:bCs/>
        </w:rPr>
        <w:t xml:space="preserve"> Zhang, Xiaolan Tang, </w:t>
      </w:r>
      <w:proofErr w:type="spellStart"/>
      <w:r w:rsidRPr="004D13B5">
        <w:rPr>
          <w:rFonts w:ascii="Times New Roman" w:hAnsi="Times New Roman" w:cs="Times New Roman"/>
          <w:bCs/>
        </w:rPr>
        <w:t>Zhaoliang</w:t>
      </w:r>
      <w:proofErr w:type="spellEnd"/>
      <w:r w:rsidRPr="004D13B5">
        <w:rPr>
          <w:rFonts w:ascii="Times New Roman" w:hAnsi="Times New Roman" w:cs="Times New Roman"/>
          <w:bCs/>
        </w:rPr>
        <w:t xml:space="preserve"> Meng, &amp; </w:t>
      </w:r>
      <w:proofErr w:type="spellStart"/>
      <w:r w:rsidRPr="004D13B5">
        <w:rPr>
          <w:rFonts w:ascii="Times New Roman" w:hAnsi="Times New Roman" w:cs="Times New Roman"/>
          <w:bCs/>
        </w:rPr>
        <w:t>Deqiang</w:t>
      </w:r>
      <w:proofErr w:type="spellEnd"/>
      <w:r w:rsidRPr="004D13B5">
        <w:rPr>
          <w:rFonts w:ascii="Times New Roman" w:hAnsi="Times New Roman" w:cs="Times New Roman"/>
          <w:bCs/>
        </w:rPr>
        <w:t xml:space="preserve"> Zhang (2025). Drought-driven declines in water-use efficiency reshape carbon dynamics of a subtropical forest. Ecological Processes, 14, 73. </w:t>
      </w:r>
      <w:hyperlink r:id="rId29" w:history="1">
        <w:r w:rsidRPr="005D1460">
          <w:rPr>
            <w:rStyle w:val="Hyperlink"/>
            <w:rFonts w:ascii="Times New Roman" w:hAnsi="Times New Roman" w:cs="Times New Roman"/>
            <w:bCs/>
          </w:rPr>
          <w:t>https://doi.org/10.1186/s13717-025-00629-6</w:t>
        </w:r>
      </w:hyperlink>
      <w:r w:rsidRPr="004D13B5">
        <w:rPr>
          <w:rFonts w:ascii="Times New Roman" w:hAnsi="Times New Roman" w:cs="Times New Roman"/>
          <w:bCs/>
        </w:rPr>
        <w:t>.</w:t>
      </w:r>
    </w:p>
    <w:p w14:paraId="18B2B132" w14:textId="77777777" w:rsidR="00517992" w:rsidRPr="004D13B5" w:rsidRDefault="00517992" w:rsidP="00517992">
      <w:pPr>
        <w:pStyle w:val="Small"/>
        <w:numPr>
          <w:ilvl w:val="0"/>
          <w:numId w:val="13"/>
        </w:numPr>
        <w:jc w:val="both"/>
        <w:rPr>
          <w:rFonts w:ascii="Times New Roman" w:hAnsi="Times New Roman" w:cs="Times New Roman"/>
          <w:bCs/>
        </w:rPr>
      </w:pPr>
      <w:r w:rsidRPr="004D13B5">
        <w:rPr>
          <w:rFonts w:ascii="Times New Roman" w:hAnsi="Times New Roman" w:cs="Times New Roman"/>
          <w:bCs/>
        </w:rPr>
        <w:t xml:space="preserve">3. Zhi Li, </w:t>
      </w:r>
      <w:proofErr w:type="spellStart"/>
      <w:r w:rsidRPr="004D13B5">
        <w:rPr>
          <w:rFonts w:ascii="Times New Roman" w:hAnsi="Times New Roman" w:cs="Times New Roman"/>
          <w:bCs/>
        </w:rPr>
        <w:t>Qiupeng</w:t>
      </w:r>
      <w:proofErr w:type="spellEnd"/>
      <w:r w:rsidRPr="004D13B5">
        <w:rPr>
          <w:rFonts w:ascii="Times New Roman" w:hAnsi="Times New Roman" w:cs="Times New Roman"/>
          <w:bCs/>
        </w:rPr>
        <w:t xml:space="preserve"> Yuan, Shasha Wang, Tao Zhang, Yanmei Wang, </w:t>
      </w:r>
      <w:proofErr w:type="spellStart"/>
      <w:r w:rsidRPr="004D13B5">
        <w:rPr>
          <w:rFonts w:ascii="Times New Roman" w:hAnsi="Times New Roman" w:cs="Times New Roman"/>
          <w:bCs/>
        </w:rPr>
        <w:t>Qifei</w:t>
      </w:r>
      <w:proofErr w:type="spellEnd"/>
      <w:r w:rsidRPr="004D13B5">
        <w:rPr>
          <w:rFonts w:ascii="Times New Roman" w:hAnsi="Times New Roman" w:cs="Times New Roman"/>
          <w:bCs/>
        </w:rPr>
        <w:t xml:space="preserve"> Cai, Xiaodong Geng, Yi Yang, Chao Miao, Li Dai, Sohel Rana*, &amp; Zhen Liu* (2024). Sex-Dependent Rhizosphere Microbial Dynamics and Function in </w:t>
      </w:r>
      <w:proofErr w:type="spellStart"/>
      <w:r w:rsidRPr="008943E1">
        <w:rPr>
          <w:rFonts w:ascii="Times New Roman" w:hAnsi="Times New Roman" w:cs="Times New Roman"/>
          <w:bCs/>
        </w:rPr>
        <w:t>Idesia</w:t>
      </w:r>
      <w:proofErr w:type="spellEnd"/>
      <w:r w:rsidRPr="008943E1">
        <w:rPr>
          <w:rFonts w:ascii="Times New Roman" w:hAnsi="Times New Roman" w:cs="Times New Roman"/>
          <w:bCs/>
        </w:rPr>
        <w:t xml:space="preserve"> </w:t>
      </w:r>
      <w:proofErr w:type="spellStart"/>
      <w:r w:rsidRPr="008943E1">
        <w:rPr>
          <w:rFonts w:ascii="Times New Roman" w:hAnsi="Times New Roman" w:cs="Times New Roman"/>
          <w:bCs/>
        </w:rPr>
        <w:t>polycarpa</w:t>
      </w:r>
      <w:proofErr w:type="spellEnd"/>
      <w:r w:rsidRPr="004D13B5">
        <w:rPr>
          <w:rFonts w:ascii="Times New Roman" w:hAnsi="Times New Roman" w:cs="Times New Roman"/>
          <w:bCs/>
        </w:rPr>
        <w:t xml:space="preserve"> through Floral and Fruit Development. Microorganisms, 12(10), 2022. </w:t>
      </w:r>
      <w:hyperlink r:id="rId30" w:history="1">
        <w:r w:rsidRPr="005D1460">
          <w:rPr>
            <w:rStyle w:val="Hyperlink"/>
            <w:rFonts w:ascii="Times New Roman" w:hAnsi="Times New Roman" w:cs="Times New Roman"/>
            <w:bCs/>
          </w:rPr>
          <w:t>https://doi.org/10.3390/microorganisms12102022</w:t>
        </w:r>
      </w:hyperlink>
      <w:r w:rsidRPr="004D13B5">
        <w:rPr>
          <w:rFonts w:ascii="Times New Roman" w:hAnsi="Times New Roman" w:cs="Times New Roman"/>
          <w:bCs/>
        </w:rPr>
        <w:t>.</w:t>
      </w:r>
    </w:p>
    <w:p w14:paraId="1A44828A" w14:textId="77777777" w:rsidR="00517992" w:rsidRPr="004D13B5" w:rsidRDefault="00517992" w:rsidP="00517992">
      <w:pPr>
        <w:pStyle w:val="Small"/>
        <w:numPr>
          <w:ilvl w:val="0"/>
          <w:numId w:val="13"/>
        </w:numPr>
        <w:jc w:val="both"/>
        <w:rPr>
          <w:rFonts w:ascii="Times New Roman" w:hAnsi="Times New Roman" w:cs="Times New Roman"/>
          <w:bCs/>
        </w:rPr>
      </w:pPr>
      <w:r w:rsidRPr="004D13B5">
        <w:rPr>
          <w:rFonts w:ascii="Times New Roman" w:hAnsi="Times New Roman" w:cs="Times New Roman"/>
          <w:bCs/>
        </w:rPr>
        <w:t xml:space="preserve">4. Shasha Wang, Sohel Rana, Tao Zhang, Yanmei Wang, Zhen Liu, </w:t>
      </w:r>
      <w:proofErr w:type="spellStart"/>
      <w:r w:rsidRPr="004D13B5">
        <w:rPr>
          <w:rFonts w:ascii="Times New Roman" w:hAnsi="Times New Roman" w:cs="Times New Roman"/>
          <w:bCs/>
        </w:rPr>
        <w:t>Qifei</w:t>
      </w:r>
      <w:proofErr w:type="spellEnd"/>
      <w:r w:rsidRPr="004D13B5">
        <w:rPr>
          <w:rFonts w:ascii="Times New Roman" w:hAnsi="Times New Roman" w:cs="Times New Roman"/>
          <w:bCs/>
        </w:rPr>
        <w:t xml:space="preserve"> Cai, Xiaodong Geng, </w:t>
      </w:r>
      <w:proofErr w:type="spellStart"/>
      <w:r w:rsidRPr="004D13B5">
        <w:rPr>
          <w:rFonts w:ascii="Times New Roman" w:hAnsi="Times New Roman" w:cs="Times New Roman"/>
          <w:bCs/>
        </w:rPr>
        <w:t>Qiupeng</w:t>
      </w:r>
      <w:proofErr w:type="spellEnd"/>
      <w:r w:rsidRPr="004D13B5">
        <w:rPr>
          <w:rFonts w:ascii="Times New Roman" w:hAnsi="Times New Roman" w:cs="Times New Roman"/>
          <w:bCs/>
        </w:rPr>
        <w:t xml:space="preserve"> Yuan, Yi Yang, Chao Miao, </w:t>
      </w:r>
      <w:proofErr w:type="spellStart"/>
      <w:r w:rsidRPr="004D13B5">
        <w:rPr>
          <w:rFonts w:ascii="Times New Roman" w:hAnsi="Times New Roman" w:cs="Times New Roman"/>
          <w:bCs/>
        </w:rPr>
        <w:t>Huina</w:t>
      </w:r>
      <w:proofErr w:type="spellEnd"/>
      <w:r w:rsidRPr="004D13B5">
        <w:rPr>
          <w:rFonts w:ascii="Times New Roman" w:hAnsi="Times New Roman" w:cs="Times New Roman"/>
          <w:bCs/>
        </w:rPr>
        <w:t xml:space="preserve"> Zhou, Li Dai, </w:t>
      </w:r>
      <w:proofErr w:type="spellStart"/>
      <w:r w:rsidRPr="004D13B5">
        <w:rPr>
          <w:rFonts w:ascii="Times New Roman" w:hAnsi="Times New Roman" w:cs="Times New Roman"/>
          <w:bCs/>
        </w:rPr>
        <w:t>Huiwu</w:t>
      </w:r>
      <w:proofErr w:type="spellEnd"/>
      <w:r w:rsidRPr="004D13B5">
        <w:rPr>
          <w:rFonts w:ascii="Times New Roman" w:hAnsi="Times New Roman" w:cs="Times New Roman"/>
          <w:bCs/>
        </w:rPr>
        <w:t xml:space="preserve"> Peng, &amp; Zhi Li* (2024). Influence of Varied Phosphorus Fertilizer Ratios on the Rhizosphere Soil Microbial Community in </w:t>
      </w:r>
      <w:proofErr w:type="spellStart"/>
      <w:r w:rsidRPr="008943E1">
        <w:rPr>
          <w:rFonts w:ascii="Times New Roman" w:hAnsi="Times New Roman" w:cs="Times New Roman"/>
          <w:bCs/>
        </w:rPr>
        <w:t>Idesia</w:t>
      </w:r>
      <w:proofErr w:type="spellEnd"/>
      <w:r w:rsidRPr="008943E1">
        <w:rPr>
          <w:rFonts w:ascii="Times New Roman" w:hAnsi="Times New Roman" w:cs="Times New Roman"/>
          <w:bCs/>
        </w:rPr>
        <w:t xml:space="preserve"> </w:t>
      </w:r>
      <w:proofErr w:type="spellStart"/>
      <w:r w:rsidRPr="008943E1">
        <w:rPr>
          <w:rFonts w:ascii="Times New Roman" w:hAnsi="Times New Roman" w:cs="Times New Roman"/>
          <w:bCs/>
        </w:rPr>
        <w:t>polycarpa</w:t>
      </w:r>
      <w:proofErr w:type="spellEnd"/>
      <w:r w:rsidRPr="004D13B5">
        <w:rPr>
          <w:rFonts w:ascii="Times New Roman" w:hAnsi="Times New Roman" w:cs="Times New Roman"/>
          <w:bCs/>
        </w:rPr>
        <w:t xml:space="preserve"> Seedlings. Forests, 15(10), 1686. </w:t>
      </w:r>
      <w:hyperlink r:id="rId31" w:history="1">
        <w:r w:rsidRPr="005D1460">
          <w:rPr>
            <w:rStyle w:val="Hyperlink"/>
            <w:rFonts w:ascii="Times New Roman" w:hAnsi="Times New Roman" w:cs="Times New Roman"/>
            <w:bCs/>
          </w:rPr>
          <w:t>https://doi.org/10.3390/f15101686</w:t>
        </w:r>
      </w:hyperlink>
      <w:r w:rsidRPr="004D13B5">
        <w:rPr>
          <w:rFonts w:ascii="Times New Roman" w:hAnsi="Times New Roman" w:cs="Times New Roman"/>
          <w:bCs/>
        </w:rPr>
        <w:t>.</w:t>
      </w:r>
    </w:p>
    <w:p w14:paraId="5150A486" w14:textId="77777777" w:rsidR="00517992" w:rsidRPr="004D13B5" w:rsidRDefault="00517992" w:rsidP="00517992">
      <w:pPr>
        <w:pStyle w:val="Small"/>
        <w:numPr>
          <w:ilvl w:val="0"/>
          <w:numId w:val="13"/>
        </w:numPr>
        <w:jc w:val="both"/>
        <w:rPr>
          <w:rFonts w:ascii="Times New Roman" w:hAnsi="Times New Roman" w:cs="Times New Roman"/>
          <w:bCs/>
        </w:rPr>
      </w:pPr>
      <w:r w:rsidRPr="004D13B5">
        <w:rPr>
          <w:rFonts w:ascii="Times New Roman" w:hAnsi="Times New Roman" w:cs="Times New Roman"/>
          <w:bCs/>
        </w:rPr>
        <w:t xml:space="preserve">5. </w:t>
      </w:r>
      <w:proofErr w:type="spellStart"/>
      <w:r w:rsidRPr="004D13B5">
        <w:rPr>
          <w:rFonts w:ascii="Times New Roman" w:hAnsi="Times New Roman" w:cs="Times New Roman"/>
          <w:bCs/>
        </w:rPr>
        <w:t>Mengxing</w:t>
      </w:r>
      <w:proofErr w:type="spellEnd"/>
      <w:r w:rsidRPr="004D13B5">
        <w:rPr>
          <w:rFonts w:ascii="Times New Roman" w:hAnsi="Times New Roman" w:cs="Times New Roman"/>
          <w:bCs/>
        </w:rPr>
        <w:t xml:space="preserve"> Zhang, Sohel Rana, </w:t>
      </w:r>
      <w:proofErr w:type="spellStart"/>
      <w:r w:rsidRPr="004D13B5">
        <w:rPr>
          <w:rFonts w:ascii="Times New Roman" w:hAnsi="Times New Roman" w:cs="Times New Roman"/>
          <w:bCs/>
        </w:rPr>
        <w:t>Chengzhe</w:t>
      </w:r>
      <w:proofErr w:type="spellEnd"/>
      <w:r w:rsidRPr="004D13B5">
        <w:rPr>
          <w:rFonts w:ascii="Times New Roman" w:hAnsi="Times New Roman" w:cs="Times New Roman"/>
          <w:bCs/>
        </w:rPr>
        <w:t xml:space="preserve"> Li, </w:t>
      </w:r>
      <w:proofErr w:type="spellStart"/>
      <w:r w:rsidRPr="004D13B5">
        <w:rPr>
          <w:rFonts w:ascii="Times New Roman" w:hAnsi="Times New Roman" w:cs="Times New Roman"/>
          <w:bCs/>
        </w:rPr>
        <w:t>Xiaoxue</w:t>
      </w:r>
      <w:proofErr w:type="spellEnd"/>
      <w:r w:rsidRPr="004D13B5">
        <w:rPr>
          <w:rFonts w:ascii="Times New Roman" w:hAnsi="Times New Roman" w:cs="Times New Roman"/>
          <w:bCs/>
        </w:rPr>
        <w:t xml:space="preserve"> Zhang, Kaixin Tian, Zhen Liu, Zhi Li, Li Dai, Xiaodong Geng, &amp; Yanmei Wang* (2024). Transcriptome analysis reveals the role of temperature in seed germination of </w:t>
      </w:r>
      <w:proofErr w:type="spellStart"/>
      <w:r w:rsidRPr="008943E1">
        <w:rPr>
          <w:rFonts w:ascii="Times New Roman" w:hAnsi="Times New Roman" w:cs="Times New Roman"/>
          <w:bCs/>
        </w:rPr>
        <w:t>Idesia</w:t>
      </w:r>
      <w:proofErr w:type="spellEnd"/>
      <w:r w:rsidRPr="008943E1">
        <w:rPr>
          <w:rFonts w:ascii="Times New Roman" w:hAnsi="Times New Roman" w:cs="Times New Roman"/>
          <w:bCs/>
        </w:rPr>
        <w:t xml:space="preserve"> </w:t>
      </w:r>
      <w:proofErr w:type="spellStart"/>
      <w:r w:rsidRPr="008943E1">
        <w:rPr>
          <w:rFonts w:ascii="Times New Roman" w:hAnsi="Times New Roman" w:cs="Times New Roman"/>
          <w:bCs/>
        </w:rPr>
        <w:t>polycarpa</w:t>
      </w:r>
      <w:proofErr w:type="spellEnd"/>
      <w:r w:rsidRPr="004D13B5">
        <w:rPr>
          <w:rFonts w:ascii="Times New Roman" w:hAnsi="Times New Roman" w:cs="Times New Roman"/>
          <w:bCs/>
        </w:rPr>
        <w:t xml:space="preserve"> Maxim through the integration of phytohormones and sugar metabolism. Brazilian Journal of Botany, 47, 963–979. </w:t>
      </w:r>
      <w:hyperlink r:id="rId32" w:history="1">
        <w:r w:rsidRPr="005D1460">
          <w:rPr>
            <w:rStyle w:val="Hyperlink"/>
            <w:rFonts w:ascii="Times New Roman" w:hAnsi="Times New Roman" w:cs="Times New Roman"/>
            <w:bCs/>
          </w:rPr>
          <w:t>https://doi.org/10.1007/s40415-024-01027-6</w:t>
        </w:r>
      </w:hyperlink>
      <w:r w:rsidRPr="004D13B5">
        <w:rPr>
          <w:rFonts w:ascii="Times New Roman" w:hAnsi="Times New Roman" w:cs="Times New Roman"/>
          <w:bCs/>
        </w:rPr>
        <w:t>.</w:t>
      </w:r>
    </w:p>
    <w:p w14:paraId="1DC491F5" w14:textId="77777777" w:rsidR="00517992" w:rsidRPr="004D13B5" w:rsidRDefault="00517992" w:rsidP="00517992">
      <w:pPr>
        <w:pStyle w:val="Small"/>
        <w:numPr>
          <w:ilvl w:val="0"/>
          <w:numId w:val="13"/>
        </w:numPr>
        <w:jc w:val="both"/>
        <w:rPr>
          <w:rFonts w:ascii="Times New Roman" w:hAnsi="Times New Roman" w:cs="Times New Roman"/>
          <w:bCs/>
        </w:rPr>
      </w:pPr>
      <w:r w:rsidRPr="004D13B5">
        <w:rPr>
          <w:rFonts w:ascii="Times New Roman" w:hAnsi="Times New Roman" w:cs="Times New Roman"/>
          <w:bCs/>
        </w:rPr>
        <w:t xml:space="preserve">6. Tao Zhang, Shasha Wang, Sohel Rana, Yanmei Wang, Zhen Liu, </w:t>
      </w:r>
      <w:proofErr w:type="spellStart"/>
      <w:r w:rsidRPr="004D13B5">
        <w:rPr>
          <w:rFonts w:ascii="Times New Roman" w:hAnsi="Times New Roman" w:cs="Times New Roman"/>
          <w:bCs/>
        </w:rPr>
        <w:t>Qifei</w:t>
      </w:r>
      <w:proofErr w:type="spellEnd"/>
      <w:r w:rsidRPr="004D13B5">
        <w:rPr>
          <w:rFonts w:ascii="Times New Roman" w:hAnsi="Times New Roman" w:cs="Times New Roman"/>
          <w:bCs/>
        </w:rPr>
        <w:t xml:space="preserve"> Cai, Xiaodong Geng, </w:t>
      </w:r>
      <w:proofErr w:type="spellStart"/>
      <w:r w:rsidRPr="004D13B5">
        <w:rPr>
          <w:rFonts w:ascii="Times New Roman" w:hAnsi="Times New Roman" w:cs="Times New Roman"/>
          <w:bCs/>
        </w:rPr>
        <w:t>Qiupeng</w:t>
      </w:r>
      <w:proofErr w:type="spellEnd"/>
      <w:r w:rsidRPr="004D13B5">
        <w:rPr>
          <w:rFonts w:ascii="Times New Roman" w:hAnsi="Times New Roman" w:cs="Times New Roman"/>
          <w:bCs/>
        </w:rPr>
        <w:t xml:space="preserve"> Yuan, Yi Yang, Chao Miao, Xiaoyan Xue, Li Dai, &amp; Zhi Li* (2024). Analysis of Leaf and Soil Nutrients, Microorganisms and Metabolome in the Growth Period of </w:t>
      </w:r>
      <w:proofErr w:type="spellStart"/>
      <w:r w:rsidRPr="008943E1">
        <w:rPr>
          <w:rFonts w:ascii="Times New Roman" w:hAnsi="Times New Roman" w:cs="Times New Roman"/>
          <w:bCs/>
        </w:rPr>
        <w:t>Idesia</w:t>
      </w:r>
      <w:proofErr w:type="spellEnd"/>
      <w:r w:rsidRPr="008943E1">
        <w:rPr>
          <w:rFonts w:ascii="Times New Roman" w:hAnsi="Times New Roman" w:cs="Times New Roman"/>
          <w:bCs/>
        </w:rPr>
        <w:t xml:space="preserve"> </w:t>
      </w:r>
      <w:proofErr w:type="spellStart"/>
      <w:r w:rsidRPr="008943E1">
        <w:rPr>
          <w:rFonts w:ascii="Times New Roman" w:hAnsi="Times New Roman" w:cs="Times New Roman"/>
          <w:bCs/>
        </w:rPr>
        <w:t>polycarpa</w:t>
      </w:r>
      <w:proofErr w:type="spellEnd"/>
      <w:r w:rsidRPr="004D13B5">
        <w:rPr>
          <w:rFonts w:ascii="Times New Roman" w:hAnsi="Times New Roman" w:cs="Times New Roman"/>
          <w:bCs/>
        </w:rPr>
        <w:t xml:space="preserve"> Maxim. Microorganisms, 12(4), 746. </w:t>
      </w:r>
      <w:hyperlink r:id="rId33" w:history="1">
        <w:r w:rsidRPr="005D1460">
          <w:rPr>
            <w:rStyle w:val="Hyperlink"/>
            <w:rFonts w:ascii="Times New Roman" w:hAnsi="Times New Roman" w:cs="Times New Roman"/>
            <w:bCs/>
          </w:rPr>
          <w:t>https://doi.org/10.3390/microorganisms12040746</w:t>
        </w:r>
      </w:hyperlink>
      <w:r w:rsidRPr="004D13B5">
        <w:rPr>
          <w:rFonts w:ascii="Times New Roman" w:hAnsi="Times New Roman" w:cs="Times New Roman"/>
          <w:bCs/>
        </w:rPr>
        <w:t>.</w:t>
      </w:r>
    </w:p>
    <w:p w14:paraId="19201F5A" w14:textId="77777777" w:rsidR="00517992" w:rsidRPr="004D13B5" w:rsidRDefault="00517992" w:rsidP="00517992">
      <w:pPr>
        <w:pStyle w:val="Small"/>
        <w:numPr>
          <w:ilvl w:val="0"/>
          <w:numId w:val="13"/>
        </w:numPr>
        <w:jc w:val="both"/>
        <w:rPr>
          <w:rFonts w:ascii="Times New Roman" w:hAnsi="Times New Roman" w:cs="Times New Roman"/>
          <w:bCs/>
        </w:rPr>
      </w:pPr>
      <w:r w:rsidRPr="004D13B5">
        <w:rPr>
          <w:rFonts w:ascii="Times New Roman" w:hAnsi="Times New Roman" w:cs="Times New Roman"/>
          <w:bCs/>
        </w:rPr>
        <w:t xml:space="preserve">7. Zhi Li, Yi Yang, Jian Feng, Sohel Rana, Shasha Wang, Huimin Wang, Tao Zhang, Yanmei Wang, </w:t>
      </w:r>
      <w:proofErr w:type="spellStart"/>
      <w:r w:rsidRPr="004D13B5">
        <w:rPr>
          <w:rFonts w:ascii="Times New Roman" w:hAnsi="Times New Roman" w:cs="Times New Roman"/>
          <w:bCs/>
        </w:rPr>
        <w:t>Guoping</w:t>
      </w:r>
      <w:proofErr w:type="spellEnd"/>
      <w:r w:rsidRPr="004D13B5">
        <w:rPr>
          <w:rFonts w:ascii="Times New Roman" w:hAnsi="Times New Roman" w:cs="Times New Roman"/>
          <w:bCs/>
        </w:rPr>
        <w:t xml:space="preserve"> Guo, </w:t>
      </w:r>
      <w:proofErr w:type="spellStart"/>
      <w:r w:rsidRPr="004D13B5">
        <w:rPr>
          <w:rFonts w:ascii="Times New Roman" w:hAnsi="Times New Roman" w:cs="Times New Roman"/>
          <w:bCs/>
        </w:rPr>
        <w:t>Qifei</w:t>
      </w:r>
      <w:proofErr w:type="spellEnd"/>
      <w:r w:rsidRPr="004D13B5">
        <w:rPr>
          <w:rFonts w:ascii="Times New Roman" w:hAnsi="Times New Roman" w:cs="Times New Roman"/>
          <w:bCs/>
        </w:rPr>
        <w:t xml:space="preserve"> Cai, Xiaodong Geng, </w:t>
      </w:r>
      <w:proofErr w:type="spellStart"/>
      <w:r w:rsidRPr="004D13B5">
        <w:rPr>
          <w:rFonts w:ascii="Times New Roman" w:hAnsi="Times New Roman" w:cs="Times New Roman"/>
          <w:bCs/>
        </w:rPr>
        <w:t>Qiupeng</w:t>
      </w:r>
      <w:proofErr w:type="spellEnd"/>
      <w:r w:rsidRPr="004D13B5">
        <w:rPr>
          <w:rFonts w:ascii="Times New Roman" w:hAnsi="Times New Roman" w:cs="Times New Roman"/>
          <w:bCs/>
        </w:rPr>
        <w:t xml:space="preserve"> Yuan, Chao Miao, Li Dai, &amp; Zhen Liu* (2024). Evaluation of Fine Root Morphology and Rhizosphere Environmental Characteristics of the Dioecious </w:t>
      </w:r>
      <w:proofErr w:type="spellStart"/>
      <w:r w:rsidRPr="008943E1">
        <w:rPr>
          <w:rFonts w:ascii="Times New Roman" w:hAnsi="Times New Roman" w:cs="Times New Roman"/>
          <w:bCs/>
        </w:rPr>
        <w:t>Idesia</w:t>
      </w:r>
      <w:proofErr w:type="spellEnd"/>
      <w:r w:rsidRPr="008943E1">
        <w:rPr>
          <w:rFonts w:ascii="Times New Roman" w:hAnsi="Times New Roman" w:cs="Times New Roman"/>
          <w:bCs/>
        </w:rPr>
        <w:t xml:space="preserve"> </w:t>
      </w:r>
      <w:proofErr w:type="spellStart"/>
      <w:r w:rsidRPr="008943E1">
        <w:rPr>
          <w:rFonts w:ascii="Times New Roman" w:hAnsi="Times New Roman" w:cs="Times New Roman"/>
          <w:bCs/>
        </w:rPr>
        <w:t>polycarpa</w:t>
      </w:r>
      <w:proofErr w:type="spellEnd"/>
      <w:r w:rsidRPr="004D13B5">
        <w:rPr>
          <w:rFonts w:ascii="Times New Roman" w:hAnsi="Times New Roman" w:cs="Times New Roman"/>
          <w:bCs/>
        </w:rPr>
        <w:t xml:space="preserve"> Maxim. Forests, 15(2), 234. </w:t>
      </w:r>
      <w:hyperlink r:id="rId34" w:history="1">
        <w:r w:rsidRPr="005D1460">
          <w:rPr>
            <w:rStyle w:val="Hyperlink"/>
            <w:rFonts w:ascii="Times New Roman" w:hAnsi="Times New Roman" w:cs="Times New Roman"/>
            <w:bCs/>
          </w:rPr>
          <w:t>https://doi.org/10.3390/f15020234</w:t>
        </w:r>
      </w:hyperlink>
      <w:r w:rsidRPr="004D13B5">
        <w:rPr>
          <w:rFonts w:ascii="Times New Roman" w:hAnsi="Times New Roman" w:cs="Times New Roman"/>
          <w:bCs/>
        </w:rPr>
        <w:t>.</w:t>
      </w:r>
    </w:p>
    <w:p w14:paraId="005F6DC8" w14:textId="77777777" w:rsidR="00517992" w:rsidRPr="004D13B5" w:rsidRDefault="00517992" w:rsidP="00517992">
      <w:pPr>
        <w:pStyle w:val="Small"/>
        <w:numPr>
          <w:ilvl w:val="0"/>
          <w:numId w:val="13"/>
        </w:numPr>
        <w:jc w:val="both"/>
        <w:rPr>
          <w:rFonts w:ascii="Times New Roman" w:hAnsi="Times New Roman" w:cs="Times New Roman"/>
          <w:bCs/>
        </w:rPr>
      </w:pPr>
      <w:r w:rsidRPr="004D13B5">
        <w:rPr>
          <w:rFonts w:ascii="Times New Roman" w:hAnsi="Times New Roman" w:cs="Times New Roman"/>
          <w:bCs/>
        </w:rPr>
        <w:t xml:space="preserve">8. </w:t>
      </w:r>
      <w:proofErr w:type="spellStart"/>
      <w:r w:rsidRPr="004D13B5">
        <w:rPr>
          <w:rFonts w:ascii="Times New Roman" w:hAnsi="Times New Roman" w:cs="Times New Roman"/>
          <w:bCs/>
        </w:rPr>
        <w:t>Shunfu</w:t>
      </w:r>
      <w:proofErr w:type="spellEnd"/>
      <w:r w:rsidRPr="004D13B5">
        <w:rPr>
          <w:rFonts w:ascii="Times New Roman" w:hAnsi="Times New Roman" w:cs="Times New Roman"/>
          <w:bCs/>
        </w:rPr>
        <w:t xml:space="preserve"> Li, Sohel Rana, Lisha Fang, Huimin Wang, </w:t>
      </w:r>
      <w:proofErr w:type="spellStart"/>
      <w:r w:rsidRPr="004D13B5">
        <w:rPr>
          <w:rFonts w:ascii="Times New Roman" w:hAnsi="Times New Roman" w:cs="Times New Roman"/>
          <w:bCs/>
        </w:rPr>
        <w:t>Xiaoxue</w:t>
      </w:r>
      <w:proofErr w:type="spellEnd"/>
      <w:r w:rsidRPr="004D13B5">
        <w:rPr>
          <w:rFonts w:ascii="Times New Roman" w:hAnsi="Times New Roman" w:cs="Times New Roman"/>
          <w:bCs/>
        </w:rPr>
        <w:t xml:space="preserve"> Zhang, Yanmei Wang, Xiaodong Geng, Zhi Li, </w:t>
      </w:r>
      <w:proofErr w:type="spellStart"/>
      <w:r w:rsidRPr="004D13B5">
        <w:rPr>
          <w:rFonts w:ascii="Times New Roman" w:hAnsi="Times New Roman" w:cs="Times New Roman"/>
          <w:bCs/>
        </w:rPr>
        <w:t>Qifei</w:t>
      </w:r>
      <w:proofErr w:type="spellEnd"/>
      <w:r w:rsidRPr="004D13B5">
        <w:rPr>
          <w:rFonts w:ascii="Times New Roman" w:hAnsi="Times New Roman" w:cs="Times New Roman"/>
          <w:bCs/>
        </w:rPr>
        <w:t xml:space="preserve"> Cai, &amp; Zhen Liu* (2023). Identification of genes involved in regulating terminal bud growth and death during long and short days in Paulownia. South African Journal of Botany, 156, 298–308. </w:t>
      </w:r>
      <w:hyperlink r:id="rId35" w:history="1">
        <w:r w:rsidRPr="005D1460">
          <w:rPr>
            <w:rStyle w:val="Hyperlink"/>
            <w:rFonts w:ascii="Times New Roman" w:hAnsi="Times New Roman" w:cs="Times New Roman"/>
            <w:bCs/>
          </w:rPr>
          <w:t>https://doi.org/10.1016/j.sajb.2023.03.025</w:t>
        </w:r>
      </w:hyperlink>
      <w:r w:rsidRPr="004D13B5">
        <w:rPr>
          <w:rFonts w:ascii="Times New Roman" w:hAnsi="Times New Roman" w:cs="Times New Roman"/>
          <w:bCs/>
        </w:rPr>
        <w:t>.</w:t>
      </w:r>
    </w:p>
    <w:p w14:paraId="680339F7" w14:textId="77777777" w:rsidR="00517992" w:rsidRPr="004D13B5" w:rsidRDefault="00517992" w:rsidP="00517992">
      <w:pPr>
        <w:pStyle w:val="Small"/>
        <w:numPr>
          <w:ilvl w:val="0"/>
          <w:numId w:val="13"/>
        </w:numPr>
        <w:jc w:val="both"/>
        <w:rPr>
          <w:rFonts w:ascii="Times New Roman" w:hAnsi="Times New Roman" w:cs="Times New Roman"/>
          <w:bCs/>
        </w:rPr>
      </w:pPr>
      <w:r w:rsidRPr="004D13B5">
        <w:rPr>
          <w:rFonts w:ascii="Times New Roman" w:hAnsi="Times New Roman" w:cs="Times New Roman"/>
          <w:bCs/>
        </w:rPr>
        <w:t xml:space="preserve">9. </w:t>
      </w:r>
      <w:proofErr w:type="spellStart"/>
      <w:r w:rsidRPr="004D13B5">
        <w:rPr>
          <w:rFonts w:ascii="Times New Roman" w:hAnsi="Times New Roman" w:cs="Times New Roman"/>
          <w:bCs/>
        </w:rPr>
        <w:t>Huiyun</w:t>
      </w:r>
      <w:proofErr w:type="spellEnd"/>
      <w:r w:rsidRPr="004D13B5">
        <w:rPr>
          <w:rFonts w:ascii="Times New Roman" w:hAnsi="Times New Roman" w:cs="Times New Roman"/>
          <w:bCs/>
        </w:rPr>
        <w:t xml:space="preserve"> Li, Jine Quan, Sohel Rana, </w:t>
      </w:r>
      <w:proofErr w:type="spellStart"/>
      <w:r w:rsidRPr="004D13B5">
        <w:rPr>
          <w:rFonts w:ascii="Times New Roman" w:hAnsi="Times New Roman" w:cs="Times New Roman"/>
          <w:bCs/>
        </w:rPr>
        <w:t>Shunyang</w:t>
      </w:r>
      <w:proofErr w:type="spellEnd"/>
      <w:r w:rsidRPr="004D13B5">
        <w:rPr>
          <w:rFonts w:ascii="Times New Roman" w:hAnsi="Times New Roman" w:cs="Times New Roman"/>
          <w:bCs/>
        </w:rPr>
        <w:t xml:space="preserve"> Yao, Yanmei Wang, Zhi Li, </w:t>
      </w:r>
      <w:proofErr w:type="spellStart"/>
      <w:r w:rsidRPr="004D13B5">
        <w:rPr>
          <w:rFonts w:ascii="Times New Roman" w:hAnsi="Times New Roman" w:cs="Times New Roman"/>
          <w:bCs/>
        </w:rPr>
        <w:t>Qifei</w:t>
      </w:r>
      <w:proofErr w:type="spellEnd"/>
      <w:r w:rsidRPr="004D13B5">
        <w:rPr>
          <w:rFonts w:ascii="Times New Roman" w:hAnsi="Times New Roman" w:cs="Times New Roman"/>
          <w:bCs/>
        </w:rPr>
        <w:t xml:space="preserve"> Cai, </w:t>
      </w:r>
      <w:proofErr w:type="spellStart"/>
      <w:r w:rsidRPr="004D13B5">
        <w:rPr>
          <w:rFonts w:ascii="Times New Roman" w:hAnsi="Times New Roman" w:cs="Times New Roman"/>
          <w:bCs/>
        </w:rPr>
        <w:t>Chaowang</w:t>
      </w:r>
      <w:proofErr w:type="spellEnd"/>
      <w:r w:rsidRPr="004D13B5">
        <w:rPr>
          <w:rFonts w:ascii="Times New Roman" w:hAnsi="Times New Roman" w:cs="Times New Roman"/>
          <w:bCs/>
        </w:rPr>
        <w:t xml:space="preserve"> Ma, Xiaodong Geng*, &amp; Zhen Liu* (2023). Comprehensive Metabolomic and Transcriptomic Analysis of the Regulatory Network of Volatile Terpenoid Formation during the Growth and Development of Pears (Pyrus spp. ‘</w:t>
      </w:r>
      <w:proofErr w:type="spellStart"/>
      <w:r w:rsidRPr="004D13B5">
        <w:rPr>
          <w:rFonts w:ascii="Times New Roman" w:hAnsi="Times New Roman" w:cs="Times New Roman"/>
          <w:bCs/>
        </w:rPr>
        <w:t>Panguxiang</w:t>
      </w:r>
      <w:proofErr w:type="spellEnd"/>
      <w:r w:rsidRPr="004D13B5">
        <w:rPr>
          <w:rFonts w:ascii="Times New Roman" w:hAnsi="Times New Roman" w:cs="Times New Roman"/>
          <w:bCs/>
        </w:rPr>
        <w:t xml:space="preserve">’). </w:t>
      </w:r>
      <w:proofErr w:type="spellStart"/>
      <w:r w:rsidRPr="004D13B5">
        <w:rPr>
          <w:rFonts w:ascii="Times New Roman" w:hAnsi="Times New Roman" w:cs="Times New Roman"/>
          <w:bCs/>
        </w:rPr>
        <w:t>Horticulturae</w:t>
      </w:r>
      <w:proofErr w:type="spellEnd"/>
      <w:r w:rsidRPr="004D13B5">
        <w:rPr>
          <w:rFonts w:ascii="Times New Roman" w:hAnsi="Times New Roman" w:cs="Times New Roman"/>
          <w:bCs/>
        </w:rPr>
        <w:t xml:space="preserve">, 9(4), 483. </w:t>
      </w:r>
      <w:hyperlink r:id="rId36" w:history="1">
        <w:r w:rsidRPr="005D1460">
          <w:rPr>
            <w:rStyle w:val="Hyperlink"/>
            <w:rFonts w:ascii="Times New Roman" w:hAnsi="Times New Roman" w:cs="Times New Roman"/>
            <w:bCs/>
          </w:rPr>
          <w:t>https://doi.org/10.3390/horticulturae9040483</w:t>
        </w:r>
      </w:hyperlink>
      <w:r w:rsidRPr="004D13B5">
        <w:rPr>
          <w:rFonts w:ascii="Times New Roman" w:hAnsi="Times New Roman" w:cs="Times New Roman"/>
          <w:bCs/>
        </w:rPr>
        <w:t>.</w:t>
      </w:r>
    </w:p>
    <w:p w14:paraId="5ED3AE4B" w14:textId="77777777" w:rsidR="00517992" w:rsidRPr="004D13B5" w:rsidRDefault="00517992" w:rsidP="00517992">
      <w:pPr>
        <w:pStyle w:val="Small"/>
        <w:numPr>
          <w:ilvl w:val="0"/>
          <w:numId w:val="13"/>
        </w:numPr>
        <w:jc w:val="both"/>
        <w:rPr>
          <w:rFonts w:ascii="Times New Roman" w:hAnsi="Times New Roman" w:cs="Times New Roman"/>
          <w:bCs/>
        </w:rPr>
      </w:pPr>
      <w:r w:rsidRPr="004D13B5">
        <w:rPr>
          <w:rFonts w:ascii="Times New Roman" w:hAnsi="Times New Roman" w:cs="Times New Roman"/>
          <w:bCs/>
        </w:rPr>
        <w:t xml:space="preserve">10. </w:t>
      </w:r>
      <w:proofErr w:type="spellStart"/>
      <w:r w:rsidRPr="004D13B5">
        <w:rPr>
          <w:rFonts w:ascii="Times New Roman" w:hAnsi="Times New Roman" w:cs="Times New Roman"/>
          <w:bCs/>
        </w:rPr>
        <w:t>Pengcheng</w:t>
      </w:r>
      <w:proofErr w:type="spellEnd"/>
      <w:r w:rsidRPr="004D13B5">
        <w:rPr>
          <w:rFonts w:ascii="Times New Roman" w:hAnsi="Times New Roman" w:cs="Times New Roman"/>
          <w:bCs/>
        </w:rPr>
        <w:t xml:space="preserve"> Li, Sohel Rana, </w:t>
      </w:r>
      <w:proofErr w:type="spellStart"/>
      <w:r w:rsidRPr="004D13B5">
        <w:rPr>
          <w:rFonts w:ascii="Times New Roman" w:hAnsi="Times New Roman" w:cs="Times New Roman"/>
          <w:bCs/>
        </w:rPr>
        <w:t>Mengxing</w:t>
      </w:r>
      <w:proofErr w:type="spellEnd"/>
      <w:r w:rsidRPr="004D13B5">
        <w:rPr>
          <w:rFonts w:ascii="Times New Roman" w:hAnsi="Times New Roman" w:cs="Times New Roman"/>
          <w:bCs/>
        </w:rPr>
        <w:t xml:space="preserve"> Zhang, Chao Jin, Kaixin Tian, Zhen Liu, Zhi Li, </w:t>
      </w:r>
      <w:proofErr w:type="spellStart"/>
      <w:r w:rsidRPr="004D13B5">
        <w:rPr>
          <w:rFonts w:ascii="Times New Roman" w:hAnsi="Times New Roman" w:cs="Times New Roman"/>
          <w:bCs/>
        </w:rPr>
        <w:t>Qifei</w:t>
      </w:r>
      <w:proofErr w:type="spellEnd"/>
      <w:r w:rsidRPr="004D13B5">
        <w:rPr>
          <w:rFonts w:ascii="Times New Roman" w:hAnsi="Times New Roman" w:cs="Times New Roman"/>
          <w:bCs/>
        </w:rPr>
        <w:t xml:space="preserve"> Cai, Xiaodong Geng, &amp; Yanmei Wang* (2023). An investigation of the growth status of 19-year-old </w:t>
      </w:r>
      <w:proofErr w:type="spellStart"/>
      <w:r w:rsidRPr="008943E1">
        <w:rPr>
          <w:rFonts w:ascii="Times New Roman" w:hAnsi="Times New Roman" w:cs="Times New Roman"/>
          <w:bCs/>
        </w:rPr>
        <w:t>Idesia</w:t>
      </w:r>
      <w:proofErr w:type="spellEnd"/>
      <w:r w:rsidRPr="008943E1">
        <w:rPr>
          <w:rFonts w:ascii="Times New Roman" w:hAnsi="Times New Roman" w:cs="Times New Roman"/>
          <w:bCs/>
        </w:rPr>
        <w:t xml:space="preserve"> </w:t>
      </w:r>
      <w:proofErr w:type="spellStart"/>
      <w:r w:rsidRPr="008943E1">
        <w:rPr>
          <w:rFonts w:ascii="Times New Roman" w:hAnsi="Times New Roman" w:cs="Times New Roman"/>
          <w:bCs/>
        </w:rPr>
        <w:t>polycarpa</w:t>
      </w:r>
      <w:proofErr w:type="spellEnd"/>
      <w:r w:rsidRPr="004D13B5">
        <w:rPr>
          <w:rFonts w:ascii="Times New Roman" w:hAnsi="Times New Roman" w:cs="Times New Roman"/>
          <w:bCs/>
        </w:rPr>
        <w:t xml:space="preserve"> ‘Yuji’ plantation forest in the mountainous region of Henan, China. </w:t>
      </w:r>
      <w:proofErr w:type="spellStart"/>
      <w:r w:rsidRPr="004D13B5">
        <w:rPr>
          <w:rFonts w:ascii="Times New Roman" w:hAnsi="Times New Roman" w:cs="Times New Roman"/>
          <w:bCs/>
        </w:rPr>
        <w:t>Heliyon</w:t>
      </w:r>
      <w:proofErr w:type="spellEnd"/>
      <w:r w:rsidRPr="004D13B5">
        <w:rPr>
          <w:rFonts w:ascii="Times New Roman" w:hAnsi="Times New Roman" w:cs="Times New Roman"/>
          <w:bCs/>
        </w:rPr>
        <w:t xml:space="preserve">, 9(9), e19716. </w:t>
      </w:r>
      <w:hyperlink r:id="rId37" w:history="1">
        <w:r w:rsidRPr="005D1460">
          <w:rPr>
            <w:rStyle w:val="Hyperlink"/>
            <w:rFonts w:ascii="Times New Roman" w:hAnsi="Times New Roman" w:cs="Times New Roman"/>
            <w:bCs/>
          </w:rPr>
          <w:t>https://doi.org/10.1016/j.heliyon.2023.e19716</w:t>
        </w:r>
      </w:hyperlink>
      <w:r w:rsidRPr="004D13B5">
        <w:rPr>
          <w:rFonts w:ascii="Times New Roman" w:hAnsi="Times New Roman" w:cs="Times New Roman"/>
          <w:bCs/>
        </w:rPr>
        <w:t>.</w:t>
      </w:r>
    </w:p>
    <w:p w14:paraId="79D25B3E" w14:textId="77777777" w:rsidR="00517992" w:rsidRPr="004D13B5" w:rsidRDefault="00517992" w:rsidP="00517992">
      <w:pPr>
        <w:pStyle w:val="Small"/>
        <w:numPr>
          <w:ilvl w:val="0"/>
          <w:numId w:val="13"/>
        </w:numPr>
        <w:jc w:val="both"/>
        <w:rPr>
          <w:rFonts w:ascii="Times New Roman" w:hAnsi="Times New Roman" w:cs="Times New Roman"/>
          <w:bCs/>
        </w:rPr>
      </w:pPr>
      <w:r w:rsidRPr="004D13B5">
        <w:rPr>
          <w:rFonts w:ascii="Times New Roman" w:hAnsi="Times New Roman" w:cs="Times New Roman"/>
          <w:bCs/>
        </w:rPr>
        <w:t xml:space="preserve">11. </w:t>
      </w:r>
      <w:proofErr w:type="spellStart"/>
      <w:r w:rsidRPr="004D13B5">
        <w:rPr>
          <w:rFonts w:ascii="Times New Roman" w:hAnsi="Times New Roman" w:cs="Times New Roman"/>
          <w:bCs/>
        </w:rPr>
        <w:t>Huiyun</w:t>
      </w:r>
      <w:proofErr w:type="spellEnd"/>
      <w:r w:rsidRPr="004D13B5">
        <w:rPr>
          <w:rFonts w:ascii="Times New Roman" w:hAnsi="Times New Roman" w:cs="Times New Roman"/>
          <w:bCs/>
        </w:rPr>
        <w:t xml:space="preserve"> Li, Jine Quan, Sohel Rana, Yanmei Wang, Zhi Li, </w:t>
      </w:r>
      <w:proofErr w:type="spellStart"/>
      <w:r w:rsidRPr="004D13B5">
        <w:rPr>
          <w:rFonts w:ascii="Times New Roman" w:hAnsi="Times New Roman" w:cs="Times New Roman"/>
          <w:bCs/>
        </w:rPr>
        <w:t>Qifei</w:t>
      </w:r>
      <w:proofErr w:type="spellEnd"/>
      <w:r w:rsidRPr="004D13B5">
        <w:rPr>
          <w:rFonts w:ascii="Times New Roman" w:hAnsi="Times New Roman" w:cs="Times New Roman"/>
          <w:bCs/>
        </w:rPr>
        <w:t xml:space="preserve"> Cai, </w:t>
      </w:r>
      <w:proofErr w:type="spellStart"/>
      <w:r w:rsidRPr="004D13B5">
        <w:rPr>
          <w:rFonts w:ascii="Times New Roman" w:hAnsi="Times New Roman" w:cs="Times New Roman"/>
          <w:bCs/>
        </w:rPr>
        <w:t>Shuhong</w:t>
      </w:r>
      <w:proofErr w:type="spellEnd"/>
      <w:r w:rsidRPr="004D13B5">
        <w:rPr>
          <w:rFonts w:ascii="Times New Roman" w:hAnsi="Times New Roman" w:cs="Times New Roman"/>
          <w:bCs/>
        </w:rPr>
        <w:t xml:space="preserve"> Ma, Xiaodong Geng*, &amp; Zhen Liu* (2022). The Molecular Network behind Volatile Aroma Formation in Pear (Pyrus spp. </w:t>
      </w:r>
      <w:proofErr w:type="spellStart"/>
      <w:r w:rsidRPr="004D13B5">
        <w:rPr>
          <w:rFonts w:ascii="Times New Roman" w:hAnsi="Times New Roman" w:cs="Times New Roman"/>
          <w:bCs/>
        </w:rPr>
        <w:t>Panguxiang</w:t>
      </w:r>
      <w:proofErr w:type="spellEnd"/>
      <w:r w:rsidRPr="004D13B5">
        <w:rPr>
          <w:rFonts w:ascii="Times New Roman" w:hAnsi="Times New Roman" w:cs="Times New Roman"/>
          <w:bCs/>
        </w:rPr>
        <w:t xml:space="preserve">) Revealed by Transcriptome Profiling via Fatty Acid Metabolic Pathways. Life, 12(10), 1494. </w:t>
      </w:r>
      <w:hyperlink r:id="rId38" w:history="1">
        <w:r w:rsidRPr="005D1460">
          <w:rPr>
            <w:rStyle w:val="Hyperlink"/>
            <w:rFonts w:ascii="Times New Roman" w:hAnsi="Times New Roman" w:cs="Times New Roman"/>
            <w:bCs/>
          </w:rPr>
          <w:t>https://doi.org/10.3390/life12101494</w:t>
        </w:r>
      </w:hyperlink>
      <w:r w:rsidRPr="004D13B5">
        <w:rPr>
          <w:rFonts w:ascii="Times New Roman" w:hAnsi="Times New Roman" w:cs="Times New Roman"/>
          <w:bCs/>
        </w:rPr>
        <w:t>.</w:t>
      </w:r>
    </w:p>
    <w:p w14:paraId="16035E39" w14:textId="77777777" w:rsidR="00517992" w:rsidRPr="004D13B5" w:rsidRDefault="00517992" w:rsidP="00517992">
      <w:pPr>
        <w:pStyle w:val="Small"/>
        <w:numPr>
          <w:ilvl w:val="0"/>
          <w:numId w:val="13"/>
        </w:numPr>
        <w:jc w:val="both"/>
        <w:rPr>
          <w:rFonts w:ascii="Times New Roman" w:hAnsi="Times New Roman" w:cs="Times New Roman"/>
          <w:bCs/>
        </w:rPr>
      </w:pPr>
      <w:r w:rsidRPr="004D13B5">
        <w:rPr>
          <w:rFonts w:ascii="Times New Roman" w:hAnsi="Times New Roman" w:cs="Times New Roman"/>
          <w:bCs/>
        </w:rPr>
        <w:lastRenderedPageBreak/>
        <w:t xml:space="preserve">12. Jian Feng, Sohel Rana, Zhen Liu, Yanmei Wang, </w:t>
      </w:r>
      <w:proofErr w:type="spellStart"/>
      <w:r w:rsidRPr="004D13B5">
        <w:rPr>
          <w:rFonts w:ascii="Times New Roman" w:hAnsi="Times New Roman" w:cs="Times New Roman"/>
          <w:bCs/>
        </w:rPr>
        <w:t>Qifei</w:t>
      </w:r>
      <w:proofErr w:type="spellEnd"/>
      <w:r w:rsidRPr="004D13B5">
        <w:rPr>
          <w:rFonts w:ascii="Times New Roman" w:hAnsi="Times New Roman" w:cs="Times New Roman"/>
          <w:bCs/>
        </w:rPr>
        <w:t xml:space="preserve"> Cai, Xiaodong Geng, </w:t>
      </w:r>
      <w:proofErr w:type="spellStart"/>
      <w:r w:rsidRPr="004D13B5">
        <w:rPr>
          <w:rFonts w:ascii="Times New Roman" w:hAnsi="Times New Roman" w:cs="Times New Roman"/>
          <w:bCs/>
        </w:rPr>
        <w:t>Huina</w:t>
      </w:r>
      <w:proofErr w:type="spellEnd"/>
      <w:r w:rsidRPr="004D13B5">
        <w:rPr>
          <w:rFonts w:ascii="Times New Roman" w:hAnsi="Times New Roman" w:cs="Times New Roman"/>
          <w:bCs/>
        </w:rPr>
        <w:t xml:space="preserve"> Zhou, Tao Zhang, Shasha Wang, Xiaoyan Xue, </w:t>
      </w:r>
      <w:proofErr w:type="spellStart"/>
      <w:r w:rsidRPr="004D13B5">
        <w:rPr>
          <w:rFonts w:ascii="Times New Roman" w:hAnsi="Times New Roman" w:cs="Times New Roman"/>
          <w:bCs/>
        </w:rPr>
        <w:t>Mingwan</w:t>
      </w:r>
      <w:proofErr w:type="spellEnd"/>
      <w:r w:rsidRPr="004D13B5">
        <w:rPr>
          <w:rFonts w:ascii="Times New Roman" w:hAnsi="Times New Roman" w:cs="Times New Roman"/>
          <w:bCs/>
        </w:rPr>
        <w:t xml:space="preserve"> Li, Razia Sultana Jemim, &amp; Zhi Li* (2022). Diversity Analysis of Leaf Nutrient Endophytes and Metabolites in Dioecious </w:t>
      </w:r>
      <w:proofErr w:type="spellStart"/>
      <w:r w:rsidRPr="008943E1">
        <w:rPr>
          <w:rFonts w:ascii="Times New Roman" w:hAnsi="Times New Roman" w:cs="Times New Roman"/>
          <w:bCs/>
        </w:rPr>
        <w:t>Idesia</w:t>
      </w:r>
      <w:proofErr w:type="spellEnd"/>
      <w:r w:rsidRPr="008943E1">
        <w:rPr>
          <w:rFonts w:ascii="Times New Roman" w:hAnsi="Times New Roman" w:cs="Times New Roman"/>
          <w:bCs/>
        </w:rPr>
        <w:t xml:space="preserve"> </w:t>
      </w:r>
      <w:proofErr w:type="spellStart"/>
      <w:r w:rsidRPr="008943E1">
        <w:rPr>
          <w:rFonts w:ascii="Times New Roman" w:hAnsi="Times New Roman" w:cs="Times New Roman"/>
          <w:bCs/>
        </w:rPr>
        <w:t>polycarpa</w:t>
      </w:r>
      <w:proofErr w:type="spellEnd"/>
      <w:r w:rsidRPr="004D13B5">
        <w:rPr>
          <w:rFonts w:ascii="Times New Roman" w:hAnsi="Times New Roman" w:cs="Times New Roman"/>
          <w:bCs/>
        </w:rPr>
        <w:t xml:space="preserve"> Maxim Leaves during Reproductive Stages. Life, 12(12), 2041. </w:t>
      </w:r>
      <w:hyperlink r:id="rId39" w:history="1">
        <w:r w:rsidRPr="005D1460">
          <w:rPr>
            <w:rStyle w:val="Hyperlink"/>
            <w:rFonts w:ascii="Times New Roman" w:hAnsi="Times New Roman" w:cs="Times New Roman"/>
            <w:bCs/>
          </w:rPr>
          <w:t>https://doi.org/10.3390/life12122041</w:t>
        </w:r>
      </w:hyperlink>
      <w:r w:rsidRPr="004D13B5">
        <w:rPr>
          <w:rFonts w:ascii="Times New Roman" w:hAnsi="Times New Roman" w:cs="Times New Roman"/>
          <w:bCs/>
        </w:rPr>
        <w:t>.</w:t>
      </w:r>
    </w:p>
    <w:p w14:paraId="1A427E8F" w14:textId="77777777" w:rsidR="00517992" w:rsidRPr="004D13B5" w:rsidRDefault="00517992" w:rsidP="00517992">
      <w:pPr>
        <w:pStyle w:val="Small"/>
        <w:numPr>
          <w:ilvl w:val="0"/>
          <w:numId w:val="13"/>
        </w:numPr>
        <w:jc w:val="both"/>
        <w:rPr>
          <w:rFonts w:ascii="Times New Roman" w:hAnsi="Times New Roman" w:cs="Times New Roman"/>
          <w:bCs/>
        </w:rPr>
      </w:pPr>
      <w:r w:rsidRPr="004D13B5">
        <w:rPr>
          <w:rFonts w:ascii="Times New Roman" w:hAnsi="Times New Roman" w:cs="Times New Roman"/>
          <w:bCs/>
        </w:rPr>
        <w:t xml:space="preserve">13. Huimin Wang, Sohel Rana, Zhi Li, Xiaodong Geng, Yanmei Wang, </w:t>
      </w:r>
      <w:proofErr w:type="spellStart"/>
      <w:r w:rsidRPr="004D13B5">
        <w:rPr>
          <w:rFonts w:ascii="Times New Roman" w:hAnsi="Times New Roman" w:cs="Times New Roman"/>
          <w:bCs/>
        </w:rPr>
        <w:t>Qifei</w:t>
      </w:r>
      <w:proofErr w:type="spellEnd"/>
      <w:r w:rsidRPr="004D13B5">
        <w:rPr>
          <w:rFonts w:ascii="Times New Roman" w:hAnsi="Times New Roman" w:cs="Times New Roman"/>
          <w:bCs/>
        </w:rPr>
        <w:t xml:space="preserve"> Cai, </w:t>
      </w:r>
      <w:proofErr w:type="spellStart"/>
      <w:r w:rsidRPr="004D13B5">
        <w:rPr>
          <w:rFonts w:ascii="Times New Roman" w:hAnsi="Times New Roman" w:cs="Times New Roman"/>
          <w:bCs/>
        </w:rPr>
        <w:t>Shunfu</w:t>
      </w:r>
      <w:proofErr w:type="spellEnd"/>
      <w:r w:rsidRPr="004D13B5">
        <w:rPr>
          <w:rFonts w:ascii="Times New Roman" w:hAnsi="Times New Roman" w:cs="Times New Roman"/>
          <w:bCs/>
        </w:rPr>
        <w:t xml:space="preserve"> Li, </w:t>
      </w:r>
      <w:proofErr w:type="spellStart"/>
      <w:r w:rsidRPr="004D13B5">
        <w:rPr>
          <w:rFonts w:ascii="Times New Roman" w:hAnsi="Times New Roman" w:cs="Times New Roman"/>
          <w:bCs/>
        </w:rPr>
        <w:t>Jialu</w:t>
      </w:r>
      <w:proofErr w:type="spellEnd"/>
      <w:r w:rsidRPr="004D13B5">
        <w:rPr>
          <w:rFonts w:ascii="Times New Roman" w:hAnsi="Times New Roman" w:cs="Times New Roman"/>
          <w:bCs/>
        </w:rPr>
        <w:t xml:space="preserve"> Sun, &amp; Zhen Liu* (2022). Morphological and anatomical changes during floral bud development of the trioecious </w:t>
      </w:r>
      <w:proofErr w:type="spellStart"/>
      <w:r w:rsidRPr="008943E1">
        <w:rPr>
          <w:rFonts w:ascii="Times New Roman" w:hAnsi="Times New Roman" w:cs="Times New Roman"/>
          <w:bCs/>
        </w:rPr>
        <w:t>Idesia</w:t>
      </w:r>
      <w:proofErr w:type="spellEnd"/>
      <w:r w:rsidRPr="008943E1">
        <w:rPr>
          <w:rFonts w:ascii="Times New Roman" w:hAnsi="Times New Roman" w:cs="Times New Roman"/>
          <w:bCs/>
        </w:rPr>
        <w:t xml:space="preserve"> </w:t>
      </w:r>
      <w:proofErr w:type="spellStart"/>
      <w:r w:rsidRPr="008943E1">
        <w:rPr>
          <w:rFonts w:ascii="Times New Roman" w:hAnsi="Times New Roman" w:cs="Times New Roman"/>
          <w:bCs/>
        </w:rPr>
        <w:t>polycarpa</w:t>
      </w:r>
      <w:proofErr w:type="spellEnd"/>
      <w:r w:rsidRPr="004D13B5">
        <w:rPr>
          <w:rFonts w:ascii="Times New Roman" w:hAnsi="Times New Roman" w:cs="Times New Roman"/>
          <w:bCs/>
        </w:rPr>
        <w:t xml:space="preserve"> Maxim. Brazilian Journal of Botany, 45, 679–688. </w:t>
      </w:r>
      <w:hyperlink r:id="rId40" w:history="1">
        <w:r w:rsidRPr="005D1460">
          <w:rPr>
            <w:rStyle w:val="Hyperlink"/>
            <w:rFonts w:ascii="Times New Roman" w:hAnsi="Times New Roman" w:cs="Times New Roman"/>
            <w:bCs/>
          </w:rPr>
          <w:t>https://doi.org/10.1007/s40415-022-00792-6</w:t>
        </w:r>
      </w:hyperlink>
      <w:r w:rsidRPr="004D13B5">
        <w:rPr>
          <w:rFonts w:ascii="Times New Roman" w:hAnsi="Times New Roman" w:cs="Times New Roman"/>
          <w:bCs/>
        </w:rPr>
        <w:t>.</w:t>
      </w:r>
    </w:p>
    <w:p w14:paraId="03FE033A" w14:textId="77777777" w:rsidR="00517992" w:rsidRPr="004D13B5" w:rsidRDefault="00517992" w:rsidP="00517992">
      <w:pPr>
        <w:pStyle w:val="Small"/>
        <w:numPr>
          <w:ilvl w:val="0"/>
          <w:numId w:val="13"/>
        </w:numPr>
        <w:jc w:val="both"/>
        <w:rPr>
          <w:rFonts w:ascii="Times New Roman" w:hAnsi="Times New Roman" w:cs="Times New Roman"/>
          <w:bCs/>
        </w:rPr>
      </w:pPr>
      <w:r w:rsidRPr="004D13B5">
        <w:rPr>
          <w:rFonts w:ascii="Times New Roman" w:hAnsi="Times New Roman" w:cs="Times New Roman"/>
          <w:bCs/>
        </w:rPr>
        <w:t xml:space="preserve">14. Sohel Rana, Ziheng Xu, Razia Sultana Jemim, Zhen Liu, Yanmei Wang, Xiaodong Geng, </w:t>
      </w:r>
      <w:proofErr w:type="spellStart"/>
      <w:r w:rsidRPr="004D13B5">
        <w:rPr>
          <w:rFonts w:ascii="Times New Roman" w:hAnsi="Times New Roman" w:cs="Times New Roman"/>
          <w:bCs/>
        </w:rPr>
        <w:t>Qifei</w:t>
      </w:r>
      <w:proofErr w:type="spellEnd"/>
      <w:r w:rsidRPr="004D13B5">
        <w:rPr>
          <w:rFonts w:ascii="Times New Roman" w:hAnsi="Times New Roman" w:cs="Times New Roman"/>
          <w:bCs/>
        </w:rPr>
        <w:t xml:space="preserve"> Cai, Jian Feng, </w:t>
      </w:r>
      <w:proofErr w:type="spellStart"/>
      <w:r w:rsidRPr="004D13B5">
        <w:rPr>
          <w:rFonts w:ascii="Times New Roman" w:hAnsi="Times New Roman" w:cs="Times New Roman"/>
          <w:bCs/>
        </w:rPr>
        <w:t>Huina</w:t>
      </w:r>
      <w:proofErr w:type="spellEnd"/>
      <w:r w:rsidRPr="004D13B5">
        <w:rPr>
          <w:rFonts w:ascii="Times New Roman" w:hAnsi="Times New Roman" w:cs="Times New Roman"/>
          <w:bCs/>
        </w:rPr>
        <w:t xml:space="preserve"> Zhou, Tao Zhang, </w:t>
      </w:r>
      <w:proofErr w:type="spellStart"/>
      <w:r w:rsidRPr="004D13B5">
        <w:rPr>
          <w:rFonts w:ascii="Times New Roman" w:hAnsi="Times New Roman" w:cs="Times New Roman"/>
          <w:bCs/>
        </w:rPr>
        <w:t>Mingwan</w:t>
      </w:r>
      <w:proofErr w:type="spellEnd"/>
      <w:r w:rsidRPr="004D13B5">
        <w:rPr>
          <w:rFonts w:ascii="Times New Roman" w:hAnsi="Times New Roman" w:cs="Times New Roman"/>
          <w:bCs/>
        </w:rPr>
        <w:t xml:space="preserve"> Li, Xiaomin Guo, &amp; Zhi Li* (2022). Soil Quality Assessment in Tourism-Disturbed Subtropical Mountain Meadow Areas of </w:t>
      </w:r>
      <w:proofErr w:type="spellStart"/>
      <w:r w:rsidRPr="004D13B5">
        <w:rPr>
          <w:rFonts w:ascii="Times New Roman" w:hAnsi="Times New Roman" w:cs="Times New Roman"/>
          <w:bCs/>
        </w:rPr>
        <w:t>Wugong</w:t>
      </w:r>
      <w:proofErr w:type="spellEnd"/>
      <w:r w:rsidRPr="004D13B5">
        <w:rPr>
          <w:rFonts w:ascii="Times New Roman" w:hAnsi="Times New Roman" w:cs="Times New Roman"/>
          <w:bCs/>
        </w:rPr>
        <w:t xml:space="preserve"> Mountain, Central Southeast China. Life, 12(8), 1136. </w:t>
      </w:r>
      <w:hyperlink r:id="rId41" w:history="1">
        <w:r w:rsidRPr="005D1460">
          <w:rPr>
            <w:rStyle w:val="Hyperlink"/>
            <w:rFonts w:ascii="Times New Roman" w:hAnsi="Times New Roman" w:cs="Times New Roman"/>
            <w:bCs/>
          </w:rPr>
          <w:t>https://doi.org/10.3390/life12081136</w:t>
        </w:r>
      </w:hyperlink>
      <w:r w:rsidRPr="004D13B5">
        <w:rPr>
          <w:rFonts w:ascii="Times New Roman" w:hAnsi="Times New Roman" w:cs="Times New Roman"/>
          <w:bCs/>
        </w:rPr>
        <w:t>.</w:t>
      </w:r>
    </w:p>
    <w:p w14:paraId="42CE824A" w14:textId="77777777" w:rsidR="00517992" w:rsidRPr="004D13B5" w:rsidRDefault="00517992" w:rsidP="00517992">
      <w:pPr>
        <w:pStyle w:val="Small"/>
        <w:numPr>
          <w:ilvl w:val="0"/>
          <w:numId w:val="13"/>
        </w:numPr>
        <w:jc w:val="both"/>
        <w:rPr>
          <w:rFonts w:ascii="Times New Roman" w:hAnsi="Times New Roman" w:cs="Times New Roman"/>
          <w:bCs/>
        </w:rPr>
      </w:pPr>
      <w:r w:rsidRPr="004D13B5">
        <w:rPr>
          <w:rFonts w:ascii="Times New Roman" w:hAnsi="Times New Roman" w:cs="Times New Roman"/>
          <w:bCs/>
        </w:rPr>
        <w:t xml:space="preserve">15. Sohel Rana, </w:t>
      </w:r>
      <w:proofErr w:type="spellStart"/>
      <w:r w:rsidRPr="004D13B5">
        <w:rPr>
          <w:rFonts w:ascii="Times New Roman" w:hAnsi="Times New Roman" w:cs="Times New Roman"/>
          <w:bCs/>
        </w:rPr>
        <w:t>Xuna</w:t>
      </w:r>
      <w:proofErr w:type="spellEnd"/>
      <w:r w:rsidRPr="004D13B5">
        <w:rPr>
          <w:rFonts w:ascii="Times New Roman" w:hAnsi="Times New Roman" w:cs="Times New Roman"/>
          <w:bCs/>
        </w:rPr>
        <w:t xml:space="preserve"> Cheng, </w:t>
      </w:r>
      <w:proofErr w:type="spellStart"/>
      <w:r w:rsidRPr="004D13B5">
        <w:rPr>
          <w:rFonts w:ascii="Times New Roman" w:hAnsi="Times New Roman" w:cs="Times New Roman"/>
          <w:bCs/>
        </w:rPr>
        <w:t>Yanfang</w:t>
      </w:r>
      <w:proofErr w:type="spellEnd"/>
      <w:r w:rsidRPr="004D13B5">
        <w:rPr>
          <w:rFonts w:ascii="Times New Roman" w:hAnsi="Times New Roman" w:cs="Times New Roman"/>
          <w:bCs/>
        </w:rPr>
        <w:t xml:space="preserve"> Wu, </w:t>
      </w:r>
      <w:proofErr w:type="spellStart"/>
      <w:r w:rsidRPr="004D13B5">
        <w:rPr>
          <w:rFonts w:ascii="Times New Roman" w:hAnsi="Times New Roman" w:cs="Times New Roman"/>
          <w:bCs/>
        </w:rPr>
        <w:t>Chuanwei</w:t>
      </w:r>
      <w:proofErr w:type="spellEnd"/>
      <w:r w:rsidRPr="004D13B5">
        <w:rPr>
          <w:rFonts w:ascii="Times New Roman" w:hAnsi="Times New Roman" w:cs="Times New Roman"/>
          <w:bCs/>
        </w:rPr>
        <w:t xml:space="preserve"> Hu, Razia Sultana Jemim, Zhen Liu, Yanmei Wang, </w:t>
      </w:r>
      <w:proofErr w:type="spellStart"/>
      <w:r w:rsidRPr="004D13B5">
        <w:rPr>
          <w:rFonts w:ascii="Times New Roman" w:hAnsi="Times New Roman" w:cs="Times New Roman"/>
          <w:bCs/>
        </w:rPr>
        <w:t>Qifei</w:t>
      </w:r>
      <w:proofErr w:type="spellEnd"/>
      <w:r w:rsidRPr="004D13B5">
        <w:rPr>
          <w:rFonts w:ascii="Times New Roman" w:hAnsi="Times New Roman" w:cs="Times New Roman"/>
          <w:bCs/>
        </w:rPr>
        <w:t xml:space="preserve"> Cai, Xiaodong Geng, Xiaomin Guo, &amp; Zhi Li* (2022). Evaluation of soil and water conservation function in the </w:t>
      </w:r>
      <w:proofErr w:type="spellStart"/>
      <w:r w:rsidRPr="004D13B5">
        <w:rPr>
          <w:rFonts w:ascii="Times New Roman" w:hAnsi="Times New Roman" w:cs="Times New Roman"/>
          <w:bCs/>
        </w:rPr>
        <w:t>Wugong</w:t>
      </w:r>
      <w:proofErr w:type="spellEnd"/>
      <w:r w:rsidRPr="004D13B5">
        <w:rPr>
          <w:rFonts w:ascii="Times New Roman" w:hAnsi="Times New Roman" w:cs="Times New Roman"/>
          <w:bCs/>
        </w:rPr>
        <w:t xml:space="preserve"> Mountain meadow based on the comprehensive index method. </w:t>
      </w:r>
      <w:proofErr w:type="spellStart"/>
      <w:r w:rsidRPr="004D13B5">
        <w:rPr>
          <w:rFonts w:ascii="Times New Roman" w:hAnsi="Times New Roman" w:cs="Times New Roman"/>
          <w:bCs/>
        </w:rPr>
        <w:t>Heliyon</w:t>
      </w:r>
      <w:proofErr w:type="spellEnd"/>
      <w:r w:rsidRPr="004D13B5">
        <w:rPr>
          <w:rFonts w:ascii="Times New Roman" w:hAnsi="Times New Roman" w:cs="Times New Roman"/>
          <w:bCs/>
        </w:rPr>
        <w:t xml:space="preserve">, 8(12), e11867. </w:t>
      </w:r>
      <w:hyperlink r:id="rId42" w:history="1">
        <w:r w:rsidRPr="005D1460">
          <w:rPr>
            <w:rStyle w:val="Hyperlink"/>
            <w:rFonts w:ascii="Times New Roman" w:hAnsi="Times New Roman" w:cs="Times New Roman"/>
            <w:bCs/>
          </w:rPr>
          <w:t>https://doi.org/10.1016/j.heliyon.2022.e11867</w:t>
        </w:r>
      </w:hyperlink>
      <w:r w:rsidRPr="004D13B5">
        <w:rPr>
          <w:rFonts w:ascii="Times New Roman" w:hAnsi="Times New Roman" w:cs="Times New Roman"/>
          <w:bCs/>
        </w:rPr>
        <w:t>.</w:t>
      </w:r>
    </w:p>
    <w:p w14:paraId="07692FE5" w14:textId="77777777" w:rsidR="00517992" w:rsidRPr="004D13B5" w:rsidRDefault="00517992" w:rsidP="00517992">
      <w:pPr>
        <w:pStyle w:val="Small"/>
        <w:numPr>
          <w:ilvl w:val="0"/>
          <w:numId w:val="13"/>
        </w:numPr>
        <w:jc w:val="both"/>
        <w:rPr>
          <w:rFonts w:ascii="Times New Roman" w:hAnsi="Times New Roman" w:cs="Times New Roman"/>
          <w:bCs/>
        </w:rPr>
      </w:pPr>
      <w:r w:rsidRPr="004D13B5">
        <w:rPr>
          <w:rFonts w:ascii="Times New Roman" w:hAnsi="Times New Roman" w:cs="Times New Roman"/>
          <w:bCs/>
        </w:rPr>
        <w:t xml:space="preserve">16. Sohel Rana, Razia Sultana Jemim, Zhi Li, Xiaodong Geng, Yanmei Wang, </w:t>
      </w:r>
      <w:proofErr w:type="spellStart"/>
      <w:r w:rsidRPr="004D13B5">
        <w:rPr>
          <w:rFonts w:ascii="Times New Roman" w:hAnsi="Times New Roman" w:cs="Times New Roman"/>
          <w:bCs/>
        </w:rPr>
        <w:t>Qifei</w:t>
      </w:r>
      <w:proofErr w:type="spellEnd"/>
      <w:r w:rsidRPr="004D13B5">
        <w:rPr>
          <w:rFonts w:ascii="Times New Roman" w:hAnsi="Times New Roman" w:cs="Times New Roman"/>
          <w:bCs/>
        </w:rPr>
        <w:t xml:space="preserve"> Cai, &amp; Zhen Liu* (2022). Study of the pattern of reproductive allocation and fruit development in young dioecious trees of </w:t>
      </w:r>
      <w:proofErr w:type="spellStart"/>
      <w:r w:rsidRPr="008943E1">
        <w:rPr>
          <w:rFonts w:ascii="Times New Roman" w:hAnsi="Times New Roman" w:cs="Times New Roman"/>
          <w:bCs/>
        </w:rPr>
        <w:t>Idesia</w:t>
      </w:r>
      <w:proofErr w:type="spellEnd"/>
      <w:r w:rsidRPr="008943E1">
        <w:rPr>
          <w:rFonts w:ascii="Times New Roman" w:hAnsi="Times New Roman" w:cs="Times New Roman"/>
          <w:bCs/>
        </w:rPr>
        <w:t xml:space="preserve"> </w:t>
      </w:r>
      <w:proofErr w:type="spellStart"/>
      <w:r w:rsidRPr="008943E1">
        <w:rPr>
          <w:rFonts w:ascii="Times New Roman" w:hAnsi="Times New Roman" w:cs="Times New Roman"/>
          <w:bCs/>
        </w:rPr>
        <w:t>polycarpa</w:t>
      </w:r>
      <w:proofErr w:type="spellEnd"/>
      <w:r w:rsidRPr="004D13B5">
        <w:rPr>
          <w:rFonts w:ascii="Times New Roman" w:hAnsi="Times New Roman" w:cs="Times New Roman"/>
          <w:bCs/>
        </w:rPr>
        <w:t xml:space="preserve"> Maxim. South African Journal of Botany, 146, 472–480. </w:t>
      </w:r>
      <w:hyperlink r:id="rId43" w:history="1">
        <w:r w:rsidRPr="005D1460">
          <w:rPr>
            <w:rStyle w:val="Hyperlink"/>
            <w:rFonts w:ascii="Times New Roman" w:hAnsi="Times New Roman" w:cs="Times New Roman"/>
            <w:bCs/>
          </w:rPr>
          <w:t>https://doi.org/10.1016/j.sajb.2021.11.044</w:t>
        </w:r>
      </w:hyperlink>
      <w:r w:rsidRPr="004D13B5">
        <w:rPr>
          <w:rFonts w:ascii="Times New Roman" w:hAnsi="Times New Roman" w:cs="Times New Roman"/>
          <w:bCs/>
        </w:rPr>
        <w:t>.</w:t>
      </w:r>
    </w:p>
    <w:p w14:paraId="695F23F4" w14:textId="77777777" w:rsidR="00517992" w:rsidRPr="004D13B5" w:rsidRDefault="00517992" w:rsidP="00517992">
      <w:pPr>
        <w:pStyle w:val="Small"/>
        <w:numPr>
          <w:ilvl w:val="0"/>
          <w:numId w:val="13"/>
        </w:numPr>
        <w:jc w:val="both"/>
        <w:rPr>
          <w:rFonts w:ascii="Times New Roman" w:hAnsi="Times New Roman" w:cs="Times New Roman"/>
          <w:bCs/>
        </w:rPr>
      </w:pPr>
      <w:r w:rsidRPr="004D13B5">
        <w:rPr>
          <w:rFonts w:ascii="Times New Roman" w:hAnsi="Times New Roman" w:cs="Times New Roman"/>
          <w:bCs/>
        </w:rPr>
        <w:t xml:space="preserve">17. Sohel Rana &amp; Zhen Liu* (2021). Study on the pattern of vegetative growth in young dioecious trees of </w:t>
      </w:r>
      <w:proofErr w:type="spellStart"/>
      <w:r w:rsidRPr="008943E1">
        <w:rPr>
          <w:rFonts w:ascii="Times New Roman" w:hAnsi="Times New Roman" w:cs="Times New Roman"/>
          <w:bCs/>
        </w:rPr>
        <w:t>Idesia</w:t>
      </w:r>
      <w:proofErr w:type="spellEnd"/>
      <w:r w:rsidRPr="008943E1">
        <w:rPr>
          <w:rFonts w:ascii="Times New Roman" w:hAnsi="Times New Roman" w:cs="Times New Roman"/>
          <w:bCs/>
        </w:rPr>
        <w:t xml:space="preserve"> </w:t>
      </w:r>
      <w:proofErr w:type="spellStart"/>
      <w:r w:rsidRPr="008943E1">
        <w:rPr>
          <w:rFonts w:ascii="Times New Roman" w:hAnsi="Times New Roman" w:cs="Times New Roman"/>
          <w:bCs/>
        </w:rPr>
        <w:t>polycarpa</w:t>
      </w:r>
      <w:proofErr w:type="spellEnd"/>
      <w:r w:rsidRPr="004D13B5">
        <w:rPr>
          <w:rFonts w:ascii="Times New Roman" w:hAnsi="Times New Roman" w:cs="Times New Roman"/>
          <w:bCs/>
        </w:rPr>
        <w:t xml:space="preserve"> Maxim. Trees: Structure and Function, 35, 69–80. </w:t>
      </w:r>
      <w:hyperlink r:id="rId44" w:history="1">
        <w:r w:rsidRPr="005D1460">
          <w:rPr>
            <w:rStyle w:val="Hyperlink"/>
            <w:rFonts w:ascii="Times New Roman" w:hAnsi="Times New Roman" w:cs="Times New Roman"/>
            <w:bCs/>
          </w:rPr>
          <w:t>https://doi.org/10.1007/s00468-020-02013-7</w:t>
        </w:r>
      </w:hyperlink>
      <w:r w:rsidRPr="004D13B5">
        <w:rPr>
          <w:rFonts w:ascii="Times New Roman" w:hAnsi="Times New Roman" w:cs="Times New Roman"/>
          <w:bCs/>
        </w:rPr>
        <w:t>.</w:t>
      </w:r>
    </w:p>
    <w:p w14:paraId="584D7C9E" w14:textId="77777777" w:rsidR="006E59EC" w:rsidRPr="007D484D" w:rsidRDefault="00000000" w:rsidP="004D13B5">
      <w:pPr>
        <w:pStyle w:val="SectionCN"/>
        <w:keepNext/>
        <w:jc w:val="both"/>
        <w:rPr>
          <w:rFonts w:ascii="Times New Roman" w:hAnsi="Times New Roman" w:cs="Times New Roman"/>
        </w:rPr>
      </w:pPr>
      <w:r w:rsidRPr="007D484D">
        <w:rPr>
          <w:rFonts w:ascii="Times New Roman" w:hAnsi="Times New Roman" w:cs="Times New Roman"/>
        </w:rPr>
        <w:t>5. Awards and Fellowships</w:t>
      </w:r>
    </w:p>
    <w:p w14:paraId="2FB2957D" w14:textId="77777777" w:rsidR="006E59EC" w:rsidRPr="004D13B5" w:rsidRDefault="00000000" w:rsidP="004D13B5">
      <w:pPr>
        <w:pStyle w:val="Small"/>
        <w:ind w:left="283" w:hanging="283"/>
        <w:jc w:val="both"/>
        <w:rPr>
          <w:rFonts w:ascii="Times New Roman" w:hAnsi="Times New Roman" w:cs="Times New Roman"/>
          <w:bCs/>
        </w:rPr>
      </w:pPr>
      <w:r w:rsidRPr="004D13B5">
        <w:rPr>
          <w:rFonts w:ascii="Times New Roman" w:hAnsi="Times New Roman" w:cs="Times New Roman"/>
          <w:bCs/>
        </w:rPr>
        <w:t>1. Postdoctoral Fellowship, South China Botanical Garden, Chinese Academy of Sciences, China (July 2024-June 2026).</w:t>
      </w:r>
    </w:p>
    <w:p w14:paraId="711D98F3" w14:textId="77777777" w:rsidR="006E59EC" w:rsidRPr="004D13B5" w:rsidRDefault="00000000" w:rsidP="004D13B5">
      <w:pPr>
        <w:pStyle w:val="Small"/>
        <w:ind w:left="283" w:hanging="283"/>
        <w:jc w:val="both"/>
        <w:rPr>
          <w:rFonts w:ascii="Times New Roman" w:hAnsi="Times New Roman" w:cs="Times New Roman"/>
          <w:bCs/>
        </w:rPr>
      </w:pPr>
      <w:r w:rsidRPr="004D13B5">
        <w:rPr>
          <w:rFonts w:ascii="Times New Roman" w:hAnsi="Times New Roman" w:cs="Times New Roman"/>
          <w:bCs/>
        </w:rPr>
        <w:t>2. Henan Provincial Government Scholarship for Doctoral Degree Program, Henan Agricultural University, China (September 2019-December 2023).</w:t>
      </w:r>
    </w:p>
    <w:p w14:paraId="1781997E" w14:textId="5EF91EAF" w:rsidR="006E59EC" w:rsidRPr="004D13B5" w:rsidRDefault="00000000" w:rsidP="004D13B5">
      <w:pPr>
        <w:pStyle w:val="Small"/>
        <w:ind w:left="283" w:hanging="283"/>
        <w:jc w:val="both"/>
        <w:rPr>
          <w:rFonts w:ascii="Times New Roman" w:hAnsi="Times New Roman" w:cs="Times New Roman"/>
          <w:bCs/>
        </w:rPr>
      </w:pPr>
      <w:r w:rsidRPr="004D13B5">
        <w:rPr>
          <w:rFonts w:ascii="Times New Roman" w:hAnsi="Times New Roman" w:cs="Times New Roman"/>
          <w:bCs/>
        </w:rPr>
        <w:t>3. Henan Provincial Government Scholarship for Master's Degree Program, Henan Agricultural University, China (September 2016-</w:t>
      </w:r>
      <w:r w:rsidR="008B3ED4" w:rsidRPr="004D13B5">
        <w:rPr>
          <w:rFonts w:ascii="Times New Roman" w:hAnsi="Times New Roman" w:cs="Times New Roman"/>
          <w:bCs/>
        </w:rPr>
        <w:t>June</w:t>
      </w:r>
      <w:r w:rsidRPr="004D13B5">
        <w:rPr>
          <w:rFonts w:ascii="Times New Roman" w:hAnsi="Times New Roman" w:cs="Times New Roman"/>
          <w:bCs/>
        </w:rPr>
        <w:t xml:space="preserve"> 2019).</w:t>
      </w:r>
    </w:p>
    <w:p w14:paraId="61EA29F3" w14:textId="77777777" w:rsidR="006E59EC" w:rsidRPr="007D484D" w:rsidRDefault="00000000" w:rsidP="004D13B5">
      <w:pPr>
        <w:pStyle w:val="SectionCN"/>
        <w:keepNext/>
        <w:jc w:val="both"/>
        <w:rPr>
          <w:rFonts w:ascii="Times New Roman" w:hAnsi="Times New Roman" w:cs="Times New Roman"/>
        </w:rPr>
      </w:pPr>
      <w:r w:rsidRPr="007D484D">
        <w:rPr>
          <w:rFonts w:ascii="Times New Roman" w:hAnsi="Times New Roman" w:cs="Times New Roman"/>
        </w:rPr>
        <w:t>6. Academic Service</w:t>
      </w:r>
    </w:p>
    <w:p w14:paraId="6F582B70" w14:textId="7E5FA634" w:rsidR="006E59EC" w:rsidRPr="004D13B5" w:rsidRDefault="00000000" w:rsidP="004D13B5">
      <w:pPr>
        <w:pStyle w:val="Small"/>
        <w:ind w:left="283" w:hanging="283"/>
        <w:jc w:val="both"/>
        <w:rPr>
          <w:rFonts w:ascii="Times New Roman" w:hAnsi="Times New Roman" w:cs="Times New Roman"/>
          <w:bCs/>
        </w:rPr>
      </w:pPr>
      <w:r w:rsidRPr="004D13B5">
        <w:rPr>
          <w:rFonts w:ascii="Times New Roman" w:hAnsi="Times New Roman" w:cs="Times New Roman"/>
          <w:bCs/>
        </w:rPr>
        <w:t>Journal referee for Plant and Cell Physiology, Plants, Horticulturae, PeerJ, Heliyon, Forests, Agricultural Water Management, Agronomy, Biology (MDPI), and other journals.</w:t>
      </w:r>
    </w:p>
    <w:p w14:paraId="24875190" w14:textId="77777777" w:rsidR="006E59EC" w:rsidRPr="007D484D" w:rsidRDefault="00000000" w:rsidP="004D13B5">
      <w:pPr>
        <w:pStyle w:val="SectionCN"/>
        <w:keepNext/>
        <w:jc w:val="both"/>
        <w:rPr>
          <w:rFonts w:ascii="Times New Roman" w:hAnsi="Times New Roman" w:cs="Times New Roman"/>
        </w:rPr>
      </w:pPr>
      <w:r w:rsidRPr="007D484D">
        <w:rPr>
          <w:rFonts w:ascii="Times New Roman" w:hAnsi="Times New Roman" w:cs="Times New Roman"/>
        </w:rPr>
        <w:t>7. Courses Taught/Assisted</w:t>
      </w:r>
    </w:p>
    <w:p w14:paraId="083E7816" w14:textId="77777777" w:rsidR="006E59EC" w:rsidRPr="007D484D" w:rsidRDefault="00000000" w:rsidP="004D13B5">
      <w:pPr>
        <w:pStyle w:val="SectionCN"/>
        <w:keepNext/>
        <w:jc w:val="both"/>
        <w:rPr>
          <w:rFonts w:ascii="Times New Roman" w:hAnsi="Times New Roman" w:cs="Times New Roman"/>
        </w:rPr>
      </w:pPr>
      <w:r w:rsidRPr="007D484D">
        <w:rPr>
          <w:rFonts w:ascii="Times New Roman" w:hAnsi="Times New Roman" w:cs="Times New Roman"/>
        </w:rPr>
        <w:t>8. Student Awards under Supervision</w:t>
      </w:r>
    </w:p>
    <w:p w14:paraId="5F918855" w14:textId="77777777" w:rsidR="006E59EC" w:rsidRPr="004D13B5" w:rsidRDefault="00000000" w:rsidP="004D13B5">
      <w:pPr>
        <w:pStyle w:val="Small"/>
        <w:ind w:left="283" w:hanging="283"/>
        <w:jc w:val="both"/>
        <w:rPr>
          <w:rFonts w:ascii="Times New Roman" w:hAnsi="Times New Roman" w:cs="Times New Roman"/>
          <w:bCs/>
        </w:rPr>
      </w:pPr>
      <w:r w:rsidRPr="004D13B5">
        <w:rPr>
          <w:rFonts w:ascii="Times New Roman" w:hAnsi="Times New Roman" w:cs="Times New Roman"/>
          <w:bCs/>
        </w:rPr>
        <w:t>—</w:t>
      </w:r>
    </w:p>
    <w:sectPr w:rsidR="006E59EC" w:rsidRPr="004D13B5" w:rsidSect="00034616">
      <w:footerReference w:type="default" r:id="rId45"/>
      <w:pgSz w:w="12240" w:h="15840"/>
      <w:pgMar w:top="964" w:right="1134" w:bottom="96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CC241" w14:textId="77777777" w:rsidR="003F2F3C" w:rsidRDefault="003F2F3C">
      <w:pPr>
        <w:spacing w:after="0" w:line="240" w:lineRule="auto"/>
      </w:pPr>
      <w:r>
        <w:separator/>
      </w:r>
    </w:p>
  </w:endnote>
  <w:endnote w:type="continuationSeparator" w:id="0">
    <w:p w14:paraId="2119E76D" w14:textId="77777777" w:rsidR="003F2F3C" w:rsidRDefault="003F2F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40C98" w14:textId="77777777" w:rsidR="006E59EC" w:rsidRDefault="00000000">
    <w:pPr>
      <w:pStyle w:val="Footer"/>
      <w:jc w:val="center"/>
    </w:pPr>
    <w:r>
      <w:fldChar w:fldCharType="begin"/>
    </w:r>
    <w:r>
      <w:instrText xml:space="preserve"> PAGE </w:instrText>
    </w:r>
    <w:r>
      <w:fldChar w:fldCharType="separate"/>
    </w:r>
    <w:r w:rsidR="00E3505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1356E" w14:textId="77777777" w:rsidR="003F2F3C" w:rsidRDefault="003F2F3C">
      <w:pPr>
        <w:spacing w:after="0" w:line="240" w:lineRule="auto"/>
      </w:pPr>
      <w:r>
        <w:separator/>
      </w:r>
    </w:p>
  </w:footnote>
  <w:footnote w:type="continuationSeparator" w:id="0">
    <w:p w14:paraId="1BD39743" w14:textId="77777777" w:rsidR="003F2F3C" w:rsidRDefault="003F2F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7161119"/>
    <w:multiLevelType w:val="hybridMultilevel"/>
    <w:tmpl w:val="17C41F28"/>
    <w:lvl w:ilvl="0" w:tplc="92508E86">
      <w:start w:val="1"/>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0" w15:restartNumberingAfterBreak="0">
    <w:nsid w:val="137F10D6"/>
    <w:multiLevelType w:val="hybridMultilevel"/>
    <w:tmpl w:val="CAB4F1A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EDA756F"/>
    <w:multiLevelType w:val="hybridMultilevel"/>
    <w:tmpl w:val="C35C2D32"/>
    <w:lvl w:ilvl="0" w:tplc="0409000F">
      <w:start w:val="1"/>
      <w:numFmt w:val="decimal"/>
      <w:lvlText w:val="%1."/>
      <w:lvlJc w:val="left"/>
      <w:pPr>
        <w:ind w:left="1003" w:hanging="360"/>
      </w:pPr>
    </w:lvl>
    <w:lvl w:ilvl="1" w:tplc="04090019" w:tentative="1">
      <w:start w:val="1"/>
      <w:numFmt w:val="lowerLetter"/>
      <w:lvlText w:val="%2."/>
      <w:lvlJc w:val="left"/>
      <w:pPr>
        <w:ind w:left="1723" w:hanging="360"/>
      </w:pPr>
    </w:lvl>
    <w:lvl w:ilvl="2" w:tplc="0409001B" w:tentative="1">
      <w:start w:val="1"/>
      <w:numFmt w:val="lowerRoman"/>
      <w:lvlText w:val="%3."/>
      <w:lvlJc w:val="right"/>
      <w:pPr>
        <w:ind w:left="2443" w:hanging="180"/>
      </w:pPr>
    </w:lvl>
    <w:lvl w:ilvl="3" w:tplc="0409000F" w:tentative="1">
      <w:start w:val="1"/>
      <w:numFmt w:val="decimal"/>
      <w:lvlText w:val="%4."/>
      <w:lvlJc w:val="left"/>
      <w:pPr>
        <w:ind w:left="3163" w:hanging="360"/>
      </w:pPr>
    </w:lvl>
    <w:lvl w:ilvl="4" w:tplc="04090019" w:tentative="1">
      <w:start w:val="1"/>
      <w:numFmt w:val="lowerLetter"/>
      <w:lvlText w:val="%5."/>
      <w:lvlJc w:val="left"/>
      <w:pPr>
        <w:ind w:left="3883" w:hanging="360"/>
      </w:pPr>
    </w:lvl>
    <w:lvl w:ilvl="5" w:tplc="0409001B" w:tentative="1">
      <w:start w:val="1"/>
      <w:numFmt w:val="lowerRoman"/>
      <w:lvlText w:val="%6."/>
      <w:lvlJc w:val="right"/>
      <w:pPr>
        <w:ind w:left="4603" w:hanging="180"/>
      </w:pPr>
    </w:lvl>
    <w:lvl w:ilvl="6" w:tplc="0409000F" w:tentative="1">
      <w:start w:val="1"/>
      <w:numFmt w:val="decimal"/>
      <w:lvlText w:val="%7."/>
      <w:lvlJc w:val="left"/>
      <w:pPr>
        <w:ind w:left="5323" w:hanging="360"/>
      </w:pPr>
    </w:lvl>
    <w:lvl w:ilvl="7" w:tplc="04090019" w:tentative="1">
      <w:start w:val="1"/>
      <w:numFmt w:val="lowerLetter"/>
      <w:lvlText w:val="%8."/>
      <w:lvlJc w:val="left"/>
      <w:pPr>
        <w:ind w:left="6043" w:hanging="360"/>
      </w:pPr>
    </w:lvl>
    <w:lvl w:ilvl="8" w:tplc="0409001B" w:tentative="1">
      <w:start w:val="1"/>
      <w:numFmt w:val="lowerRoman"/>
      <w:lvlText w:val="%9."/>
      <w:lvlJc w:val="right"/>
      <w:pPr>
        <w:ind w:left="6763" w:hanging="180"/>
      </w:pPr>
    </w:lvl>
  </w:abstractNum>
  <w:abstractNum w:abstractNumId="12" w15:restartNumberingAfterBreak="0">
    <w:nsid w:val="65E96061"/>
    <w:multiLevelType w:val="hybridMultilevel"/>
    <w:tmpl w:val="CAB4F1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56995436">
    <w:abstractNumId w:val="8"/>
  </w:num>
  <w:num w:numId="2" w16cid:durableId="493421604">
    <w:abstractNumId w:val="6"/>
  </w:num>
  <w:num w:numId="3" w16cid:durableId="918364412">
    <w:abstractNumId w:val="5"/>
  </w:num>
  <w:num w:numId="4" w16cid:durableId="2070229304">
    <w:abstractNumId w:val="4"/>
  </w:num>
  <w:num w:numId="5" w16cid:durableId="683441859">
    <w:abstractNumId w:val="7"/>
  </w:num>
  <w:num w:numId="6" w16cid:durableId="518206289">
    <w:abstractNumId w:val="3"/>
  </w:num>
  <w:num w:numId="7" w16cid:durableId="453986897">
    <w:abstractNumId w:val="2"/>
  </w:num>
  <w:num w:numId="8" w16cid:durableId="1405177869">
    <w:abstractNumId w:val="1"/>
  </w:num>
  <w:num w:numId="9" w16cid:durableId="1277566743">
    <w:abstractNumId w:val="0"/>
  </w:num>
  <w:num w:numId="10" w16cid:durableId="1520000158">
    <w:abstractNumId w:val="12"/>
  </w:num>
  <w:num w:numId="11" w16cid:durableId="626357520">
    <w:abstractNumId w:val="11"/>
  </w:num>
  <w:num w:numId="12" w16cid:durableId="1264343667">
    <w:abstractNumId w:val="9"/>
  </w:num>
  <w:num w:numId="13" w16cid:durableId="715915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174B"/>
    <w:rsid w:val="00034616"/>
    <w:rsid w:val="0006063C"/>
    <w:rsid w:val="0015074B"/>
    <w:rsid w:val="0029639D"/>
    <w:rsid w:val="002E4BFC"/>
    <w:rsid w:val="002F2B59"/>
    <w:rsid w:val="00326F90"/>
    <w:rsid w:val="003F2F3C"/>
    <w:rsid w:val="00423F3A"/>
    <w:rsid w:val="004D13B5"/>
    <w:rsid w:val="00507CEB"/>
    <w:rsid w:val="00517992"/>
    <w:rsid w:val="005D1460"/>
    <w:rsid w:val="006E59EC"/>
    <w:rsid w:val="007D484D"/>
    <w:rsid w:val="008026AC"/>
    <w:rsid w:val="008943E1"/>
    <w:rsid w:val="008B3ED4"/>
    <w:rsid w:val="00AA1D8D"/>
    <w:rsid w:val="00AF3827"/>
    <w:rsid w:val="00B11655"/>
    <w:rsid w:val="00B17F68"/>
    <w:rsid w:val="00B47730"/>
    <w:rsid w:val="00CB0664"/>
    <w:rsid w:val="00CB4C89"/>
    <w:rsid w:val="00D16B58"/>
    <w:rsid w:val="00D243C8"/>
    <w:rsid w:val="00DE3995"/>
    <w:rsid w:val="00E033DD"/>
    <w:rsid w:val="00E0790D"/>
    <w:rsid w:val="00E3505F"/>
    <w:rsid w:val="00E72997"/>
    <w:rsid w:val="00F566E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A0673F"/>
  <w14:defaultImageDpi w14:val="300"/>
  <w15:docId w15:val="{3308DF53-00F1-47DD-9E6D-DDDBDF3DC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69" w:lineRule="auto"/>
    </w:pPr>
    <w:rPr>
      <w:rFonts w:ascii="Arial" w:eastAsia="Microsoft YaHei"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itleCN">
    <w:name w:val="TitleCN"/>
    <w:pPr>
      <w:spacing w:before="60" w:after="40" w:line="252" w:lineRule="auto"/>
    </w:pPr>
    <w:rPr>
      <w:rFonts w:ascii="Arial" w:eastAsia="Microsoft YaHei" w:hAnsi="Arial"/>
      <w:b/>
      <w:sz w:val="38"/>
    </w:rPr>
  </w:style>
  <w:style w:type="paragraph" w:customStyle="1" w:styleId="SectionCN">
    <w:name w:val="SectionCN"/>
    <w:pPr>
      <w:spacing w:before="140" w:after="80" w:line="252" w:lineRule="auto"/>
    </w:pPr>
    <w:rPr>
      <w:rFonts w:ascii="Arial" w:eastAsia="Microsoft YaHei" w:hAnsi="Arial"/>
      <w:b/>
      <w:sz w:val="26"/>
    </w:rPr>
  </w:style>
  <w:style w:type="paragraph" w:customStyle="1" w:styleId="Sub">
    <w:name w:val="Sub"/>
    <w:pPr>
      <w:spacing w:before="60" w:after="40" w:line="252" w:lineRule="auto"/>
    </w:pPr>
    <w:rPr>
      <w:rFonts w:ascii="Arial" w:eastAsia="Microsoft YaHei" w:hAnsi="Arial"/>
      <w:b/>
      <w:sz w:val="21"/>
    </w:rPr>
  </w:style>
  <w:style w:type="paragraph" w:customStyle="1" w:styleId="Small">
    <w:name w:val="Small"/>
    <w:pPr>
      <w:spacing w:before="60" w:after="40" w:line="252" w:lineRule="auto"/>
    </w:pPr>
    <w:rPr>
      <w:rFonts w:ascii="Arial" w:eastAsia="Microsoft YaHei" w:hAnsi="Arial"/>
      <w:sz w:val="18"/>
    </w:rPr>
  </w:style>
  <w:style w:type="character" w:styleId="Hyperlink">
    <w:name w:val="Hyperlink"/>
    <w:basedOn w:val="DefaultParagraphFont"/>
    <w:uiPriority w:val="99"/>
    <w:unhideWhenUsed/>
    <w:rsid w:val="00AF3827"/>
    <w:rPr>
      <w:color w:val="0000FF" w:themeColor="hyperlink"/>
      <w:u w:val="single"/>
    </w:rPr>
  </w:style>
  <w:style w:type="character" w:styleId="UnresolvedMention">
    <w:name w:val="Unresolved Mention"/>
    <w:basedOn w:val="DefaultParagraphFont"/>
    <w:uiPriority w:val="99"/>
    <w:semiHidden/>
    <w:unhideWhenUsed/>
    <w:rsid w:val="00AF38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3390/f15101686" TargetMode="External"/><Relationship Id="rId18" Type="http://schemas.openxmlformats.org/officeDocument/2006/relationships/hyperlink" Target="https://doi.org/10.3390/horticulturae9040483" TargetMode="External"/><Relationship Id="rId26" Type="http://schemas.openxmlformats.org/officeDocument/2006/relationships/hyperlink" Target="https://doi.org/10.1007/s00468-020-02013-7" TargetMode="External"/><Relationship Id="rId39" Type="http://schemas.openxmlformats.org/officeDocument/2006/relationships/hyperlink" Target="https://doi.org/10.3390/life12122041" TargetMode="External"/><Relationship Id="rId21" Type="http://schemas.openxmlformats.org/officeDocument/2006/relationships/hyperlink" Target="https://doi.org/10.3390/life12122041" TargetMode="External"/><Relationship Id="rId34" Type="http://schemas.openxmlformats.org/officeDocument/2006/relationships/hyperlink" Target="https://doi.org/10.3390/f15020234" TargetMode="External"/><Relationship Id="rId42" Type="http://schemas.openxmlformats.org/officeDocument/2006/relationships/hyperlink" Target="https://doi.org/10.1016/j.heliyon.2022.e11867"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3390/f15020234" TargetMode="External"/><Relationship Id="rId29" Type="http://schemas.openxmlformats.org/officeDocument/2006/relationships/hyperlink" Target="https://doi.org/10.1186/s13717-025-00629-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86/s13717-025-00629-6" TargetMode="External"/><Relationship Id="rId24" Type="http://schemas.openxmlformats.org/officeDocument/2006/relationships/hyperlink" Target="https://doi.org/10.1016/j.heliyon.2022.e11867" TargetMode="External"/><Relationship Id="rId32" Type="http://schemas.openxmlformats.org/officeDocument/2006/relationships/hyperlink" Target="https://doi.org/10.1007/s40415-024-01027-6" TargetMode="External"/><Relationship Id="rId37" Type="http://schemas.openxmlformats.org/officeDocument/2006/relationships/hyperlink" Target="https://doi.org/10.1016/j.heliyon.2023.e19716" TargetMode="External"/><Relationship Id="rId40" Type="http://schemas.openxmlformats.org/officeDocument/2006/relationships/hyperlink" Target="https://doi.org/10.1007/s40415-022-00792-6" TargetMode="Externa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oi.org/10.3390/microorganisms12040746" TargetMode="External"/><Relationship Id="rId23" Type="http://schemas.openxmlformats.org/officeDocument/2006/relationships/hyperlink" Target="https://doi.org/10.3390/life12081136" TargetMode="External"/><Relationship Id="rId28" Type="http://schemas.openxmlformats.org/officeDocument/2006/relationships/hyperlink" Target="https://doi.org/10.1007/s11104-026-08521-8" TargetMode="External"/><Relationship Id="rId36" Type="http://schemas.openxmlformats.org/officeDocument/2006/relationships/hyperlink" Target="https://doi.org/10.3390/horticulturae9040483" TargetMode="External"/><Relationship Id="rId10" Type="http://schemas.openxmlformats.org/officeDocument/2006/relationships/hyperlink" Target="https://doi.org/10.1007/s11104-026-08521-8" TargetMode="External"/><Relationship Id="rId19" Type="http://schemas.openxmlformats.org/officeDocument/2006/relationships/hyperlink" Target="https://doi.org/10.1016/j.heliyon.2023.e19716" TargetMode="External"/><Relationship Id="rId31" Type="http://schemas.openxmlformats.org/officeDocument/2006/relationships/hyperlink" Target="https://doi.org/10.3390/f15101686" TargetMode="External"/><Relationship Id="rId44" Type="http://schemas.openxmlformats.org/officeDocument/2006/relationships/hyperlink" Target="https://doi.org/10.1007/s00468-020-02013-7" TargetMode="External"/><Relationship Id="rId4" Type="http://schemas.openxmlformats.org/officeDocument/2006/relationships/settings" Target="settings.xml"/><Relationship Id="rId9" Type="http://schemas.openxmlformats.org/officeDocument/2006/relationships/hyperlink" Target="https://doi.org/10.1007/s10653-026-03280-y" TargetMode="External"/><Relationship Id="rId14" Type="http://schemas.openxmlformats.org/officeDocument/2006/relationships/hyperlink" Target="https://doi.org/10.1007/s40415-024-01027-6" TargetMode="External"/><Relationship Id="rId22" Type="http://schemas.openxmlformats.org/officeDocument/2006/relationships/hyperlink" Target="https://doi.org/10.1007/s40415-022-00792-6" TargetMode="External"/><Relationship Id="rId27" Type="http://schemas.openxmlformats.org/officeDocument/2006/relationships/hyperlink" Target="https://doi.org/10.1007/s10653-026-03280-y" TargetMode="External"/><Relationship Id="rId30" Type="http://schemas.openxmlformats.org/officeDocument/2006/relationships/hyperlink" Target="https://doi.org/10.3390/microorganisms12102022" TargetMode="External"/><Relationship Id="rId35" Type="http://schemas.openxmlformats.org/officeDocument/2006/relationships/hyperlink" Target="https://doi.org/10.1016/j.sajb.2023.03.025" TargetMode="External"/><Relationship Id="rId43" Type="http://schemas.openxmlformats.org/officeDocument/2006/relationships/hyperlink" Target="https://doi.org/10.1016/j.sajb.2021.11.044"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doi.org/10.3390/microorganisms12102022" TargetMode="External"/><Relationship Id="rId17" Type="http://schemas.openxmlformats.org/officeDocument/2006/relationships/hyperlink" Target="https://doi.org/10.1016/j.sajb.2023.03.025" TargetMode="External"/><Relationship Id="rId25" Type="http://schemas.openxmlformats.org/officeDocument/2006/relationships/hyperlink" Target="https://doi.org/10.1016/j.sajb.2021.11.044" TargetMode="External"/><Relationship Id="rId33" Type="http://schemas.openxmlformats.org/officeDocument/2006/relationships/hyperlink" Target="https://doi.org/10.3390/microorganisms12040746" TargetMode="External"/><Relationship Id="rId38" Type="http://schemas.openxmlformats.org/officeDocument/2006/relationships/hyperlink" Target="https://doi.org/10.3390/life12101494" TargetMode="External"/><Relationship Id="rId46" Type="http://schemas.openxmlformats.org/officeDocument/2006/relationships/fontTable" Target="fontTable.xml"/><Relationship Id="rId20" Type="http://schemas.openxmlformats.org/officeDocument/2006/relationships/hyperlink" Target="https://doi.org/10.3390/life12101494" TargetMode="External"/><Relationship Id="rId41" Type="http://schemas.openxmlformats.org/officeDocument/2006/relationships/hyperlink" Target="https://doi.org/10.3390/life120811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7</Pages>
  <Words>3267</Words>
  <Characters>18622</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21846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个人简介（中、英文）- Md Sohel Rana</dc:title>
  <dc:subject>Ningbo University college website personal profile</dc:subject>
  <dc:creator>python-docx</dc:creator>
  <cp:keywords/>
  <dc:description>generated by python-docx</dc:description>
  <cp:lastModifiedBy>Sohel Rana</cp:lastModifiedBy>
  <cp:revision>14</cp:revision>
  <dcterms:created xsi:type="dcterms:W3CDTF">2026-09-30T02:22:00Z</dcterms:created>
  <dcterms:modified xsi:type="dcterms:W3CDTF">2026-10-10T02:30:00Z</dcterms:modified>
  <cp:category/>
</cp:coreProperties>
</file>